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AB322" w14:textId="3C3D81F2" w:rsidR="002E7D70" w:rsidRPr="00E82973" w:rsidRDefault="007702E8" w:rsidP="00E02F81">
      <w:pPr>
        <w:pStyle w:val="Balk1"/>
        <w:ind w:firstLine="72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82973">
        <w:rPr>
          <w:rFonts w:ascii="Times New Roman" w:hAnsi="Times New Roman" w:cs="Times New Roman"/>
          <w:color w:val="000000" w:themeColor="text1"/>
          <w:sz w:val="22"/>
          <w:szCs w:val="22"/>
        </w:rPr>
        <w:t>VİDALI KOMPRESÖRLER YILLIK PERİYODİK BAKIM SÖZLEŞMESİ</w:t>
      </w:r>
    </w:p>
    <w:p w14:paraId="6AD26EF8" w14:textId="77777777" w:rsidR="00BE21C2" w:rsidRPr="00E82973" w:rsidRDefault="00BE21C2" w:rsidP="00E82973">
      <w:pPr>
        <w:jc w:val="both"/>
        <w:rPr>
          <w:rFonts w:ascii="Times New Roman" w:hAnsi="Times New Roman" w:cs="Times New Roman"/>
        </w:rPr>
      </w:pPr>
    </w:p>
    <w:p w14:paraId="699181F8" w14:textId="77777777" w:rsidR="00E82973" w:rsidRDefault="00E22D9B" w:rsidP="00E82973">
      <w:pPr>
        <w:jc w:val="both"/>
        <w:rPr>
          <w:rFonts w:ascii="Times New Roman" w:hAnsi="Times New Roman" w:cs="Times New Roman"/>
          <w:b/>
          <w:bCs/>
        </w:rPr>
      </w:pPr>
      <w:r w:rsidRPr="004C45F8">
        <w:rPr>
          <w:rFonts w:ascii="Times New Roman" w:hAnsi="Times New Roman" w:cs="Times New Roman"/>
          <w:b/>
          <w:bCs/>
        </w:rPr>
        <w:t>1-TARAFLAR</w:t>
      </w:r>
    </w:p>
    <w:p w14:paraId="095B6FEA" w14:textId="4DE94219" w:rsidR="00E22D9B" w:rsidRPr="00E22D9B" w:rsidRDefault="00E22D9B" w:rsidP="00E82973">
      <w:pPr>
        <w:jc w:val="both"/>
        <w:rPr>
          <w:rFonts w:ascii="Times New Roman" w:hAnsi="Times New Roman" w:cs="Times New Roman"/>
          <w:b/>
          <w:bCs/>
        </w:rPr>
      </w:pPr>
      <w:r w:rsidRPr="004C45F8">
        <w:rPr>
          <w:rFonts w:ascii="Times New Roman" w:hAnsi="Times New Roman" w:cs="Times New Roman"/>
        </w:rPr>
        <w:t xml:space="preserve">İşbu </w:t>
      </w:r>
      <w:r w:rsidR="00424629">
        <w:rPr>
          <w:rFonts w:ascii="Times New Roman" w:hAnsi="Times New Roman" w:cs="Times New Roman"/>
        </w:rPr>
        <w:t>Bakım</w:t>
      </w:r>
      <w:r w:rsidRPr="004C45F8">
        <w:rPr>
          <w:rFonts w:ascii="Times New Roman" w:hAnsi="Times New Roman" w:cs="Times New Roman"/>
        </w:rPr>
        <w:t xml:space="preserve"> Sözleşmesi; </w:t>
      </w:r>
      <w:r w:rsidRPr="004C45F8">
        <w:rPr>
          <w:rFonts w:ascii="Times New Roman" w:hAnsi="Times New Roman" w:cs="Times New Roman"/>
          <w:b/>
          <w:bCs/>
        </w:rPr>
        <w:t>YKC Plastik Ambalaj ve Kapak San</w:t>
      </w:r>
      <w:r w:rsidR="00424629">
        <w:rPr>
          <w:rFonts w:ascii="Times New Roman" w:hAnsi="Times New Roman" w:cs="Times New Roman"/>
          <w:b/>
          <w:bCs/>
        </w:rPr>
        <w:t>ayi</w:t>
      </w:r>
      <w:r w:rsidRPr="004C45F8">
        <w:rPr>
          <w:rFonts w:ascii="Times New Roman" w:hAnsi="Times New Roman" w:cs="Times New Roman"/>
          <w:b/>
          <w:bCs/>
        </w:rPr>
        <w:t xml:space="preserve"> Tic</w:t>
      </w:r>
      <w:r w:rsidR="00424629">
        <w:rPr>
          <w:rFonts w:ascii="Times New Roman" w:hAnsi="Times New Roman" w:cs="Times New Roman"/>
          <w:b/>
          <w:bCs/>
        </w:rPr>
        <w:t>aret</w:t>
      </w:r>
      <w:r w:rsidRPr="004C45F8">
        <w:rPr>
          <w:rFonts w:ascii="Times New Roman" w:hAnsi="Times New Roman" w:cs="Times New Roman"/>
          <w:b/>
          <w:bCs/>
        </w:rPr>
        <w:t xml:space="preserve"> A.Ş.</w:t>
      </w:r>
      <w:r w:rsidRPr="004C45F8">
        <w:rPr>
          <w:rFonts w:ascii="Times New Roman" w:hAnsi="Times New Roman" w:cs="Times New Roman"/>
        </w:rPr>
        <w:t xml:space="preserve"> (Bundan böyle </w:t>
      </w:r>
      <w:r w:rsidRPr="004C45F8">
        <w:rPr>
          <w:rFonts w:ascii="Times New Roman" w:hAnsi="Times New Roman" w:cs="Times New Roman"/>
          <w:b/>
          <w:bCs/>
        </w:rPr>
        <w:t>"</w:t>
      </w:r>
      <w:r>
        <w:rPr>
          <w:rFonts w:ascii="Times New Roman" w:hAnsi="Times New Roman" w:cs="Times New Roman"/>
          <w:b/>
          <w:bCs/>
        </w:rPr>
        <w:t>Hizmet alan</w:t>
      </w:r>
      <w:r w:rsidRPr="004C45F8">
        <w:rPr>
          <w:rFonts w:ascii="Times New Roman" w:hAnsi="Times New Roman" w:cs="Times New Roman"/>
          <w:b/>
          <w:bCs/>
        </w:rPr>
        <w:t>"</w:t>
      </w:r>
      <w:r w:rsidRPr="004C45F8">
        <w:rPr>
          <w:rFonts w:ascii="Times New Roman" w:hAnsi="Times New Roman" w:cs="Times New Roman"/>
        </w:rPr>
        <w:t xml:space="preserve"> olarak anılacaktır.)</w:t>
      </w:r>
      <w:r>
        <w:rPr>
          <w:rFonts w:ascii="Times New Roman" w:hAnsi="Times New Roman" w:cs="Times New Roman"/>
        </w:rPr>
        <w:t xml:space="preserve"> </w:t>
      </w:r>
      <w:r w:rsidRPr="006C2463">
        <w:rPr>
          <w:rFonts w:ascii="Times New Roman" w:hAnsi="Times New Roman" w:cs="Times New Roman"/>
          <w:b/>
          <w:bCs/>
        </w:rPr>
        <w:t>Atlas 2000 Kompresör</w:t>
      </w:r>
      <w:r w:rsidR="009E47C5">
        <w:rPr>
          <w:rFonts w:ascii="Times New Roman" w:hAnsi="Times New Roman" w:cs="Times New Roman"/>
          <w:b/>
          <w:bCs/>
        </w:rPr>
        <w:t>…..</w:t>
      </w:r>
      <w:r w:rsidRPr="004C45F8">
        <w:rPr>
          <w:rFonts w:ascii="Times New Roman" w:hAnsi="Times New Roman" w:cs="Times New Roman"/>
        </w:rPr>
        <w:t xml:space="preserve"> (Bundan böyle </w:t>
      </w:r>
      <w:r w:rsidRPr="004C45F8">
        <w:rPr>
          <w:rFonts w:ascii="Times New Roman" w:hAnsi="Times New Roman" w:cs="Times New Roman"/>
          <w:b/>
          <w:bCs/>
        </w:rPr>
        <w:t>"</w:t>
      </w:r>
      <w:r>
        <w:rPr>
          <w:rFonts w:ascii="Times New Roman" w:hAnsi="Times New Roman" w:cs="Times New Roman"/>
          <w:b/>
          <w:bCs/>
        </w:rPr>
        <w:t>Hizmet veren</w:t>
      </w:r>
      <w:r w:rsidRPr="004C45F8">
        <w:rPr>
          <w:rFonts w:ascii="Times New Roman" w:hAnsi="Times New Roman" w:cs="Times New Roman"/>
          <w:b/>
          <w:bCs/>
        </w:rPr>
        <w:t>"</w:t>
      </w:r>
      <w:r w:rsidRPr="004C45F8">
        <w:rPr>
          <w:rFonts w:ascii="Times New Roman" w:hAnsi="Times New Roman" w:cs="Times New Roman"/>
        </w:rPr>
        <w:t xml:space="preserve"> olarak anılacaktır.) arasında aşağıdaki maddeler doğrultusunda akdedilmiştir.</w:t>
      </w:r>
    </w:p>
    <w:p w14:paraId="13E12C77" w14:textId="704B6394" w:rsidR="00E22D9B" w:rsidRPr="004C45F8" w:rsidRDefault="00E22D9B" w:rsidP="00E82973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Pr="004C45F8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1</w:t>
      </w:r>
      <w:r w:rsidRPr="004C45F8">
        <w:rPr>
          <w:rFonts w:ascii="Times New Roman" w:hAnsi="Times New Roman" w:cs="Times New Roman"/>
          <w:b/>
          <w:bCs/>
        </w:rPr>
        <w:t xml:space="preserve"> YKC Plastik Ambalaj ve Kapak San</w:t>
      </w:r>
      <w:r w:rsidR="00424629">
        <w:rPr>
          <w:rFonts w:ascii="Times New Roman" w:hAnsi="Times New Roman" w:cs="Times New Roman"/>
          <w:b/>
          <w:bCs/>
        </w:rPr>
        <w:t>ayi</w:t>
      </w:r>
      <w:r w:rsidRPr="004C45F8">
        <w:rPr>
          <w:rFonts w:ascii="Times New Roman" w:hAnsi="Times New Roman" w:cs="Times New Roman"/>
          <w:b/>
          <w:bCs/>
        </w:rPr>
        <w:t xml:space="preserve"> Tic</w:t>
      </w:r>
      <w:r w:rsidR="00424629">
        <w:rPr>
          <w:rFonts w:ascii="Times New Roman" w:hAnsi="Times New Roman" w:cs="Times New Roman"/>
          <w:b/>
          <w:bCs/>
        </w:rPr>
        <w:t>aret</w:t>
      </w:r>
      <w:r w:rsidRPr="004C45F8">
        <w:rPr>
          <w:rFonts w:ascii="Times New Roman" w:hAnsi="Times New Roman" w:cs="Times New Roman"/>
          <w:b/>
          <w:bCs/>
        </w:rPr>
        <w:t xml:space="preserve"> A.Ş.</w:t>
      </w:r>
    </w:p>
    <w:p w14:paraId="40739D82" w14:textId="77777777" w:rsidR="00E22D9B" w:rsidRPr="004C45F8" w:rsidRDefault="00E22D9B" w:rsidP="00E82973">
      <w:pPr>
        <w:jc w:val="both"/>
        <w:rPr>
          <w:rFonts w:ascii="Times New Roman" w:hAnsi="Times New Roman" w:cs="Times New Roman"/>
        </w:rPr>
      </w:pPr>
      <w:r w:rsidRPr="004C45F8">
        <w:rPr>
          <w:rFonts w:ascii="Times New Roman" w:hAnsi="Times New Roman" w:cs="Times New Roman"/>
          <w:b/>
          <w:bCs/>
        </w:rPr>
        <w:t>Adres:</w:t>
      </w:r>
      <w:r w:rsidRPr="004C45F8">
        <w:rPr>
          <w:rFonts w:ascii="Times New Roman" w:hAnsi="Times New Roman" w:cs="Times New Roman"/>
        </w:rPr>
        <w:t xml:space="preserve"> Ankara 1. Organize Sanayi Bölgesi Türkmenistan Caddesi No:21, 06935 Sincan/ANKARA</w:t>
      </w:r>
    </w:p>
    <w:p w14:paraId="2E6E5A9F" w14:textId="77777777" w:rsidR="00E22D9B" w:rsidRPr="004C45F8" w:rsidRDefault="00E22D9B" w:rsidP="00E82973">
      <w:pPr>
        <w:jc w:val="both"/>
        <w:rPr>
          <w:rFonts w:ascii="Times New Roman" w:hAnsi="Times New Roman" w:cs="Times New Roman"/>
        </w:rPr>
      </w:pPr>
      <w:r w:rsidRPr="004C45F8">
        <w:rPr>
          <w:rFonts w:ascii="Times New Roman" w:hAnsi="Times New Roman" w:cs="Times New Roman"/>
          <w:b/>
          <w:bCs/>
        </w:rPr>
        <w:t>Tel. No:</w:t>
      </w:r>
      <w:r w:rsidRPr="004C45F8">
        <w:rPr>
          <w:rFonts w:ascii="Times New Roman" w:hAnsi="Times New Roman" w:cs="Times New Roman"/>
        </w:rPr>
        <w:t xml:space="preserve"> 0312 267 22 00</w:t>
      </w:r>
    </w:p>
    <w:p w14:paraId="5A9749CC" w14:textId="77777777" w:rsidR="00E22D9B" w:rsidRPr="004C45F8" w:rsidRDefault="00E22D9B" w:rsidP="00E82973">
      <w:pPr>
        <w:jc w:val="both"/>
        <w:rPr>
          <w:rFonts w:ascii="Times New Roman" w:hAnsi="Times New Roman" w:cs="Times New Roman"/>
        </w:rPr>
      </w:pPr>
      <w:r w:rsidRPr="004C45F8">
        <w:rPr>
          <w:rFonts w:ascii="Times New Roman" w:hAnsi="Times New Roman" w:cs="Times New Roman"/>
          <w:b/>
          <w:bCs/>
        </w:rPr>
        <w:t>Faks No:</w:t>
      </w:r>
      <w:r w:rsidRPr="004C45F8">
        <w:rPr>
          <w:rFonts w:ascii="Times New Roman" w:hAnsi="Times New Roman" w:cs="Times New Roman"/>
        </w:rPr>
        <w:t xml:space="preserve"> 0312 267 22 10</w:t>
      </w:r>
    </w:p>
    <w:p w14:paraId="78F6EE3F" w14:textId="77777777" w:rsidR="00E22D9B" w:rsidRPr="004C45F8" w:rsidRDefault="00E22D9B" w:rsidP="00E82973">
      <w:pPr>
        <w:jc w:val="both"/>
        <w:rPr>
          <w:rFonts w:ascii="Times New Roman" w:hAnsi="Times New Roman" w:cs="Times New Roman"/>
        </w:rPr>
      </w:pPr>
      <w:r w:rsidRPr="004C45F8">
        <w:rPr>
          <w:rFonts w:ascii="Times New Roman" w:hAnsi="Times New Roman" w:cs="Times New Roman"/>
          <w:b/>
          <w:bCs/>
        </w:rPr>
        <w:t xml:space="preserve">Vergi Dairesi ve Vergi No: </w:t>
      </w:r>
      <w:r w:rsidRPr="004C45F8">
        <w:rPr>
          <w:rFonts w:ascii="Times New Roman" w:hAnsi="Times New Roman" w:cs="Times New Roman"/>
        </w:rPr>
        <w:t>Sincan Vergi Dairesi /9811427894</w:t>
      </w:r>
    </w:p>
    <w:p w14:paraId="341EF09B" w14:textId="77777777" w:rsidR="00E22D9B" w:rsidRDefault="00E22D9B" w:rsidP="00E82973">
      <w:pPr>
        <w:jc w:val="both"/>
        <w:rPr>
          <w:rFonts w:ascii="Times New Roman" w:hAnsi="Times New Roman" w:cs="Times New Roman"/>
        </w:rPr>
      </w:pPr>
      <w:r w:rsidRPr="004C45F8">
        <w:rPr>
          <w:rFonts w:ascii="Times New Roman" w:hAnsi="Times New Roman" w:cs="Times New Roman"/>
          <w:b/>
          <w:bCs/>
        </w:rPr>
        <w:t>MERSİS No:</w:t>
      </w:r>
      <w:r w:rsidRPr="004C45F8">
        <w:rPr>
          <w:rFonts w:ascii="Times New Roman" w:hAnsi="Times New Roman" w:cs="Times New Roman"/>
        </w:rPr>
        <w:t xml:space="preserve"> 0981142789400001</w:t>
      </w:r>
    </w:p>
    <w:p w14:paraId="22C5E363" w14:textId="56D7DC02" w:rsidR="00E22D9B" w:rsidRPr="004C45F8" w:rsidRDefault="00E22D9B" w:rsidP="00E82973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Pr="004C45F8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2</w:t>
      </w:r>
      <w:r w:rsidRPr="004C45F8">
        <w:rPr>
          <w:rFonts w:ascii="Times New Roman" w:hAnsi="Times New Roman" w:cs="Times New Roman"/>
          <w:b/>
          <w:bCs/>
        </w:rPr>
        <w:t xml:space="preserve"> </w:t>
      </w:r>
      <w:r w:rsidRPr="006C2463">
        <w:rPr>
          <w:rFonts w:ascii="Times New Roman" w:hAnsi="Times New Roman" w:cs="Times New Roman"/>
          <w:b/>
          <w:bCs/>
        </w:rPr>
        <w:t>Atlas 2000 Kompresör</w:t>
      </w:r>
      <w:r w:rsidR="009E47C5">
        <w:rPr>
          <w:rFonts w:ascii="Times New Roman" w:hAnsi="Times New Roman" w:cs="Times New Roman"/>
          <w:b/>
          <w:bCs/>
        </w:rPr>
        <w:t xml:space="preserve"> </w:t>
      </w:r>
      <w:r w:rsidR="001D0E2A">
        <w:rPr>
          <w:rFonts w:ascii="Times New Roman" w:hAnsi="Times New Roman" w:cs="Times New Roman"/>
          <w:b/>
          <w:bCs/>
        </w:rPr>
        <w:t>Basınçlı Hava Makineleri Limited Şirketi</w:t>
      </w:r>
    </w:p>
    <w:p w14:paraId="1CB10012" w14:textId="57839ACC" w:rsidR="00E22D9B" w:rsidRPr="004C45F8" w:rsidRDefault="00E22D9B" w:rsidP="00E82973">
      <w:pPr>
        <w:jc w:val="both"/>
        <w:rPr>
          <w:rFonts w:ascii="Times New Roman" w:hAnsi="Times New Roman" w:cs="Times New Roman"/>
        </w:rPr>
      </w:pPr>
      <w:r w:rsidRPr="004C45F8">
        <w:rPr>
          <w:rFonts w:ascii="Times New Roman" w:hAnsi="Times New Roman" w:cs="Times New Roman"/>
          <w:b/>
          <w:bCs/>
        </w:rPr>
        <w:t>Adres :</w:t>
      </w:r>
      <w:r w:rsidRPr="004C45F8">
        <w:rPr>
          <w:rFonts w:ascii="Times New Roman" w:hAnsi="Times New Roman" w:cs="Times New Roman"/>
        </w:rPr>
        <w:t xml:space="preserve"> </w:t>
      </w:r>
      <w:r w:rsidRPr="006C2463">
        <w:rPr>
          <w:rFonts w:ascii="Times New Roman" w:hAnsi="Times New Roman" w:cs="Times New Roman"/>
        </w:rPr>
        <w:t>Ostim, 1233. Sk. No:145, 06374 Ostim Osb/Yenimahalle/Ankara</w:t>
      </w:r>
    </w:p>
    <w:p w14:paraId="4D5C615E" w14:textId="35EC1F32" w:rsidR="00E22D9B" w:rsidRPr="004C45F8" w:rsidRDefault="00E22D9B" w:rsidP="00E82973">
      <w:pPr>
        <w:jc w:val="both"/>
        <w:rPr>
          <w:rFonts w:ascii="Times New Roman" w:hAnsi="Times New Roman" w:cs="Times New Roman"/>
        </w:rPr>
      </w:pPr>
      <w:r w:rsidRPr="004C45F8">
        <w:rPr>
          <w:rFonts w:ascii="Times New Roman" w:hAnsi="Times New Roman" w:cs="Times New Roman"/>
          <w:b/>
          <w:bCs/>
        </w:rPr>
        <w:t>Tel. No :</w:t>
      </w:r>
      <w:r w:rsidRPr="004C45F8">
        <w:rPr>
          <w:rFonts w:ascii="Times New Roman" w:hAnsi="Times New Roman" w:cs="Times New Roman"/>
        </w:rPr>
        <w:t xml:space="preserve"> </w:t>
      </w:r>
      <w:r w:rsidR="001D0E2A">
        <w:rPr>
          <w:rFonts w:ascii="Times New Roman" w:hAnsi="Times New Roman" w:cs="Times New Roman"/>
        </w:rPr>
        <w:t>0312 354 54 50</w:t>
      </w:r>
    </w:p>
    <w:p w14:paraId="6C104124" w14:textId="77777777" w:rsidR="00E22D9B" w:rsidRPr="004C45F8" w:rsidRDefault="00E22D9B" w:rsidP="00E82973">
      <w:pPr>
        <w:jc w:val="both"/>
        <w:rPr>
          <w:rFonts w:ascii="Times New Roman" w:hAnsi="Times New Roman" w:cs="Times New Roman"/>
        </w:rPr>
      </w:pPr>
      <w:r w:rsidRPr="004C45F8">
        <w:rPr>
          <w:rFonts w:ascii="Times New Roman" w:hAnsi="Times New Roman" w:cs="Times New Roman"/>
          <w:b/>
          <w:bCs/>
        </w:rPr>
        <w:t>Faks No</w:t>
      </w:r>
      <w:r w:rsidRPr="004C45F8">
        <w:rPr>
          <w:rFonts w:ascii="Times New Roman" w:hAnsi="Times New Roman" w:cs="Times New Roman"/>
        </w:rPr>
        <w:t>:-------------------</w:t>
      </w:r>
    </w:p>
    <w:p w14:paraId="469FF4CB" w14:textId="582B88FF" w:rsidR="00E22D9B" w:rsidRPr="004C45F8" w:rsidRDefault="00E22D9B" w:rsidP="00E82973">
      <w:pPr>
        <w:jc w:val="both"/>
        <w:rPr>
          <w:rFonts w:ascii="Times New Roman" w:hAnsi="Times New Roman" w:cs="Times New Roman"/>
        </w:rPr>
      </w:pPr>
      <w:r w:rsidRPr="004C45F8">
        <w:rPr>
          <w:rFonts w:ascii="Times New Roman" w:hAnsi="Times New Roman" w:cs="Times New Roman"/>
          <w:b/>
          <w:bCs/>
        </w:rPr>
        <w:t xml:space="preserve">Vergi Dairesi ve Vergi No : </w:t>
      </w:r>
      <w:r w:rsidR="001D0E2A">
        <w:rPr>
          <w:rFonts w:ascii="Times New Roman" w:hAnsi="Times New Roman" w:cs="Times New Roman"/>
          <w:b/>
          <w:bCs/>
        </w:rPr>
        <w:t xml:space="preserve"> OSTİM VD / 5760498399</w:t>
      </w:r>
    </w:p>
    <w:p w14:paraId="7449E11D" w14:textId="21144513" w:rsidR="002E7D70" w:rsidRDefault="00E22D9B" w:rsidP="00E82973">
      <w:pPr>
        <w:jc w:val="both"/>
        <w:rPr>
          <w:rFonts w:ascii="Times New Roman" w:hAnsi="Times New Roman" w:cs="Times New Roman"/>
        </w:rPr>
      </w:pPr>
      <w:r w:rsidRPr="004C45F8">
        <w:rPr>
          <w:rFonts w:ascii="Times New Roman" w:hAnsi="Times New Roman" w:cs="Times New Roman"/>
          <w:b/>
          <w:bCs/>
        </w:rPr>
        <w:t>MERSİS No :</w:t>
      </w:r>
      <w:r w:rsidRPr="004C45F8">
        <w:rPr>
          <w:rFonts w:ascii="Times New Roman" w:hAnsi="Times New Roman" w:cs="Times New Roman"/>
        </w:rPr>
        <w:t xml:space="preserve"> </w:t>
      </w:r>
      <w:r w:rsidR="001D0E2A">
        <w:rPr>
          <w:rFonts w:ascii="Times New Roman" w:hAnsi="Times New Roman" w:cs="Times New Roman"/>
        </w:rPr>
        <w:t>0576049839900011</w:t>
      </w:r>
    </w:p>
    <w:p w14:paraId="514E0122" w14:textId="1E3BFDAC" w:rsidR="002E7D70" w:rsidRPr="00E82973" w:rsidRDefault="007702E8" w:rsidP="00E82973">
      <w:pPr>
        <w:pStyle w:val="Balk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82973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  <w:r w:rsidR="00E82973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r w:rsidRPr="00E8297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</w:t>
      </w:r>
      <w:r w:rsidR="009E47C5">
        <w:rPr>
          <w:rFonts w:ascii="Times New Roman" w:hAnsi="Times New Roman" w:cs="Times New Roman"/>
          <w:color w:val="000000" w:themeColor="text1"/>
          <w:sz w:val="22"/>
          <w:szCs w:val="22"/>
        </w:rPr>
        <w:t>özleşmenin konusu</w:t>
      </w:r>
    </w:p>
    <w:p w14:paraId="1ACB91BF" w14:textId="77777777" w:rsidR="00E82973" w:rsidRDefault="00E82973" w:rsidP="00E82973">
      <w:pPr>
        <w:jc w:val="both"/>
        <w:rPr>
          <w:rFonts w:ascii="Times New Roman" w:hAnsi="Times New Roman" w:cs="Times New Roman"/>
        </w:rPr>
      </w:pPr>
    </w:p>
    <w:p w14:paraId="388E48E6" w14:textId="33FB1F8A" w:rsidR="002E7D70" w:rsidRDefault="00E82973" w:rsidP="00E8297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2.1 </w:t>
      </w:r>
      <w:r w:rsidRPr="006C2463">
        <w:rPr>
          <w:rFonts w:ascii="Times New Roman" w:hAnsi="Times New Roman" w:cs="Times New Roman"/>
        </w:rPr>
        <w:t>İşbu sözleşmenin konusu, hizmet alan firmaya ait vidalı hava kompresörleri ve basınçlı hava sistemlerinin periyodik bakım, kontrol, arıza müdahalesi ve sistem performansının sürdürülebilir şekilde çalışmasının sağlanmasına yönelik servis hizmetlerinin gerçekleştirilmesidir.</w:t>
      </w:r>
    </w:p>
    <w:p w14:paraId="5A706510" w14:textId="1C3D581D" w:rsidR="000D2B77" w:rsidRDefault="00A971C1" w:rsidP="000D2B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2.2 </w:t>
      </w:r>
      <w:r w:rsidRPr="00A971C1">
        <w:rPr>
          <w:rFonts w:ascii="Times New Roman" w:hAnsi="Times New Roman" w:cs="Times New Roman"/>
        </w:rPr>
        <w:t xml:space="preserve">İşbu sözleşme nezdinde hizmet verenin kendi personeli aracılığıyla, hizmet alan şirkete periyodik bakım hizmeti sunmasına ilişkin usul ve esasların belirlenmesidir. Taraflar, </w:t>
      </w:r>
      <w:r w:rsidR="00F7472F">
        <w:rPr>
          <w:rFonts w:ascii="Times New Roman" w:hAnsi="Times New Roman" w:cs="Times New Roman"/>
        </w:rPr>
        <w:t>mezkur</w:t>
      </w:r>
      <w:r w:rsidRPr="00A971C1">
        <w:rPr>
          <w:rFonts w:ascii="Times New Roman" w:hAnsi="Times New Roman" w:cs="Times New Roman"/>
        </w:rPr>
        <w:t xml:space="preserve"> sözleşmenin bir iş sözleşmesi veya alt işverenlik ilişkisi doğurmadığını, yalnızca periyodik bakım hizmetine ilişkin olduğunu açıkça </w:t>
      </w:r>
      <w:r>
        <w:rPr>
          <w:rFonts w:ascii="Times New Roman" w:hAnsi="Times New Roman" w:cs="Times New Roman"/>
        </w:rPr>
        <w:t>k</w:t>
      </w:r>
      <w:r w:rsidRPr="00A971C1">
        <w:rPr>
          <w:rFonts w:ascii="Times New Roman" w:hAnsi="Times New Roman" w:cs="Times New Roman"/>
        </w:rPr>
        <w:t>abul eder.</w:t>
      </w:r>
    </w:p>
    <w:p w14:paraId="0ADA0858" w14:textId="77777777" w:rsidR="000D2B77" w:rsidRDefault="000D2B77" w:rsidP="000D2B77">
      <w:pPr>
        <w:jc w:val="both"/>
        <w:rPr>
          <w:rFonts w:ascii="Times New Roman" w:hAnsi="Times New Roman" w:cs="Times New Roman"/>
        </w:rPr>
      </w:pPr>
    </w:p>
    <w:p w14:paraId="349AB5EA" w14:textId="77777777" w:rsidR="004B1920" w:rsidRDefault="007702E8" w:rsidP="00E82973">
      <w:pPr>
        <w:jc w:val="both"/>
        <w:rPr>
          <w:rFonts w:ascii="Times New Roman" w:hAnsi="Times New Roman" w:cs="Times New Roman"/>
          <w:b/>
          <w:bCs/>
        </w:rPr>
      </w:pPr>
      <w:r w:rsidRPr="000D2B77">
        <w:rPr>
          <w:rFonts w:ascii="Times New Roman" w:hAnsi="Times New Roman" w:cs="Times New Roman"/>
          <w:b/>
          <w:bCs/>
          <w:color w:val="000000" w:themeColor="text1"/>
        </w:rPr>
        <w:t>3</w:t>
      </w:r>
      <w:r w:rsidR="00A971C1" w:rsidRPr="000D2B77">
        <w:rPr>
          <w:rFonts w:ascii="Times New Roman" w:hAnsi="Times New Roman" w:cs="Times New Roman"/>
          <w:b/>
          <w:bCs/>
          <w:color w:val="000000" w:themeColor="text1"/>
        </w:rPr>
        <w:t>-</w:t>
      </w:r>
      <w:r w:rsidRPr="000D2B77">
        <w:rPr>
          <w:rFonts w:ascii="Times New Roman" w:hAnsi="Times New Roman" w:cs="Times New Roman"/>
          <w:b/>
          <w:bCs/>
          <w:color w:val="000000" w:themeColor="text1"/>
        </w:rPr>
        <w:t xml:space="preserve"> Sözleşmenin Kapsamı</w:t>
      </w:r>
    </w:p>
    <w:p w14:paraId="1B2BBE87" w14:textId="0DEC12D2" w:rsidR="002E7D70" w:rsidRPr="004B1920" w:rsidRDefault="00150FFC" w:rsidP="00E82973">
      <w:pPr>
        <w:jc w:val="both"/>
        <w:rPr>
          <w:rFonts w:ascii="Times New Roman" w:hAnsi="Times New Roman" w:cs="Times New Roman"/>
          <w:b/>
          <w:bCs/>
        </w:rPr>
      </w:pPr>
      <w:r w:rsidRPr="00150FFC">
        <w:rPr>
          <w:rFonts w:ascii="Times New Roman" w:hAnsi="Times New Roman" w:cs="Times New Roman"/>
        </w:rPr>
        <w:lastRenderedPageBreak/>
        <w:t>İşb</w:t>
      </w:r>
      <w:r w:rsidRPr="006C2463">
        <w:rPr>
          <w:rFonts w:ascii="Times New Roman" w:hAnsi="Times New Roman" w:cs="Times New Roman"/>
        </w:rPr>
        <w:t>u sözleşme kapsamında aşağıdaki ekipmanların bakım ve servis hizmetleri gerçekleştirilecek</w:t>
      </w:r>
      <w:r w:rsidR="00A971C1">
        <w:rPr>
          <w:rFonts w:ascii="Times New Roman" w:hAnsi="Times New Roman" w:cs="Times New Roman"/>
        </w:rPr>
        <w:t xml:space="preserve"> olup</w:t>
      </w:r>
      <w:r>
        <w:rPr>
          <w:rFonts w:ascii="Times New Roman" w:hAnsi="Times New Roman" w:cs="Times New Roman"/>
        </w:rPr>
        <w:t>,</w:t>
      </w:r>
      <w:r w:rsidR="00A971C1">
        <w:rPr>
          <w:rFonts w:ascii="Times New Roman" w:hAnsi="Times New Roman" w:cs="Times New Roman"/>
        </w:rPr>
        <w:t xml:space="preserve"> hizmet veren üçüncü madde kapsamında </w:t>
      </w:r>
      <w:r>
        <w:rPr>
          <w:rFonts w:ascii="Times New Roman" w:hAnsi="Times New Roman" w:cs="Times New Roman"/>
        </w:rPr>
        <w:t>maddeler halinde sıralanan tüm</w:t>
      </w:r>
      <w:r w:rsidR="00A971C1">
        <w:rPr>
          <w:rFonts w:ascii="Times New Roman" w:hAnsi="Times New Roman" w:cs="Times New Roman"/>
        </w:rPr>
        <w:t xml:space="preserve"> hizmeleri eksiksiz ve süresinde yerine getirmekle yükümlüdür.</w:t>
      </w:r>
    </w:p>
    <w:p w14:paraId="7CB016E9" w14:textId="77777777" w:rsidR="00F61FB3" w:rsidRDefault="007702E8" w:rsidP="00E82973">
      <w:pPr>
        <w:jc w:val="both"/>
        <w:rPr>
          <w:rFonts w:ascii="Times New Roman" w:hAnsi="Times New Roman" w:cs="Times New Roman"/>
          <w:b/>
          <w:bCs/>
        </w:rPr>
      </w:pPr>
      <w:r w:rsidRPr="00F61FB3">
        <w:rPr>
          <w:rFonts w:ascii="Times New Roman" w:hAnsi="Times New Roman" w:cs="Times New Roman"/>
        </w:rPr>
        <w:t>- Vidalı hava kompresörleri</w:t>
      </w:r>
    </w:p>
    <w:p w14:paraId="3E034D3A" w14:textId="69124363" w:rsidR="002E7D70" w:rsidRPr="00F61FB3" w:rsidRDefault="007702E8" w:rsidP="00E82973">
      <w:pPr>
        <w:jc w:val="both"/>
        <w:rPr>
          <w:rFonts w:ascii="Times New Roman" w:hAnsi="Times New Roman" w:cs="Times New Roman"/>
          <w:b/>
          <w:bCs/>
        </w:rPr>
      </w:pPr>
      <w:r w:rsidRPr="006C2463">
        <w:rPr>
          <w:rFonts w:ascii="Times New Roman" w:hAnsi="Times New Roman" w:cs="Times New Roman"/>
          <w:b/>
          <w:bCs/>
        </w:rPr>
        <w:t xml:space="preserve">- </w:t>
      </w:r>
      <w:r w:rsidRPr="00F61FB3">
        <w:rPr>
          <w:rFonts w:ascii="Times New Roman" w:hAnsi="Times New Roman" w:cs="Times New Roman"/>
        </w:rPr>
        <w:t>Hava kurutucular</w:t>
      </w:r>
    </w:p>
    <w:p w14:paraId="607D8429" w14:textId="77777777" w:rsidR="00E02F81" w:rsidRPr="00F61FB3" w:rsidRDefault="007702E8" w:rsidP="00E82973">
      <w:pPr>
        <w:jc w:val="both"/>
        <w:rPr>
          <w:rFonts w:ascii="Times New Roman" w:hAnsi="Times New Roman" w:cs="Times New Roman"/>
        </w:rPr>
      </w:pPr>
      <w:r w:rsidRPr="00F61FB3">
        <w:rPr>
          <w:rFonts w:ascii="Times New Roman" w:hAnsi="Times New Roman" w:cs="Times New Roman"/>
        </w:rPr>
        <w:t>- Hat filtreleri</w:t>
      </w:r>
    </w:p>
    <w:p w14:paraId="386DCDA0" w14:textId="22D1AA43" w:rsidR="002E7D70" w:rsidRPr="00F61FB3" w:rsidRDefault="007702E8" w:rsidP="00E82973">
      <w:pPr>
        <w:jc w:val="both"/>
        <w:rPr>
          <w:rFonts w:ascii="Times New Roman" w:hAnsi="Times New Roman" w:cs="Times New Roman"/>
        </w:rPr>
      </w:pPr>
      <w:r w:rsidRPr="00F61FB3">
        <w:rPr>
          <w:rFonts w:ascii="Times New Roman" w:hAnsi="Times New Roman" w:cs="Times New Roman"/>
        </w:rPr>
        <w:t>- Hava tankları (görsel kontrol)</w:t>
      </w:r>
    </w:p>
    <w:p w14:paraId="3BE1EF83" w14:textId="4700D89A" w:rsidR="00BE21C2" w:rsidRPr="009E47C5" w:rsidRDefault="007702E8" w:rsidP="00E82973">
      <w:pPr>
        <w:pStyle w:val="Balk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E47C5">
        <w:rPr>
          <w:rFonts w:ascii="Times New Roman" w:hAnsi="Times New Roman" w:cs="Times New Roman"/>
          <w:color w:val="000000" w:themeColor="text1"/>
          <w:sz w:val="22"/>
          <w:szCs w:val="22"/>
        </w:rPr>
        <w:t>4</w:t>
      </w:r>
      <w:r w:rsidR="009E47C5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r w:rsidRPr="009E47C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Periyo</w:t>
      </w:r>
      <w:r w:rsidR="006C2463" w:rsidRPr="009E47C5">
        <w:rPr>
          <w:rFonts w:ascii="Times New Roman" w:hAnsi="Times New Roman" w:cs="Times New Roman"/>
          <w:color w:val="000000" w:themeColor="text1"/>
          <w:sz w:val="22"/>
          <w:szCs w:val="22"/>
        </w:rPr>
        <w:t>d</w:t>
      </w:r>
      <w:r w:rsidRPr="009E47C5">
        <w:rPr>
          <w:rFonts w:ascii="Times New Roman" w:hAnsi="Times New Roman" w:cs="Times New Roman"/>
          <w:color w:val="000000" w:themeColor="text1"/>
          <w:sz w:val="22"/>
          <w:szCs w:val="22"/>
        </w:rPr>
        <w:t>ik Bakım Kapsamı</w:t>
      </w:r>
    </w:p>
    <w:p w14:paraId="77728BDE" w14:textId="77777777" w:rsidR="00F61FB3" w:rsidRDefault="00F61FB3" w:rsidP="00E82973">
      <w:pPr>
        <w:jc w:val="both"/>
      </w:pPr>
    </w:p>
    <w:p w14:paraId="6B7140CB" w14:textId="56E056E6" w:rsidR="002E7D70" w:rsidRPr="009E47C5" w:rsidRDefault="009E47C5" w:rsidP="00E82973">
      <w:pPr>
        <w:jc w:val="both"/>
        <w:rPr>
          <w:rFonts w:ascii="Times New Roman" w:hAnsi="Times New Roman" w:cs="Times New Roman"/>
          <w:b/>
          <w:bCs/>
        </w:rPr>
      </w:pPr>
      <w:r>
        <w:rPr>
          <w:b/>
          <w:bCs/>
        </w:rPr>
        <w:t xml:space="preserve">4.1 </w:t>
      </w:r>
      <w:r w:rsidR="006C2463" w:rsidRPr="009E47C5">
        <w:rPr>
          <w:rFonts w:ascii="Times New Roman" w:hAnsi="Times New Roman" w:cs="Times New Roman"/>
          <w:b/>
          <w:bCs/>
        </w:rPr>
        <w:t>2000 Saat Bakımı:</w:t>
      </w:r>
    </w:p>
    <w:p w14:paraId="6417A864" w14:textId="77777777" w:rsidR="006C2463" w:rsidRPr="006C2463" w:rsidRDefault="006C2463" w:rsidP="00E82973">
      <w:pPr>
        <w:pStyle w:val="ListeParagraf"/>
        <w:numPr>
          <w:ilvl w:val="0"/>
          <w:numId w:val="12"/>
        </w:numPr>
        <w:ind w:left="247"/>
        <w:jc w:val="both"/>
        <w:rPr>
          <w:rFonts w:ascii="Times New Roman" w:hAnsi="Times New Roman" w:cs="Times New Roman"/>
          <w:sz w:val="20"/>
          <w:szCs w:val="20"/>
          <w:lang w:val="tr-TR"/>
        </w:rPr>
      </w:pPr>
      <w:r w:rsidRPr="006C2463">
        <w:rPr>
          <w:rFonts w:ascii="Times New Roman" w:hAnsi="Times New Roman" w:cs="Times New Roman"/>
          <w:sz w:val="20"/>
          <w:szCs w:val="20"/>
          <w:lang w:val="tr-TR"/>
        </w:rPr>
        <w:t>Kompresör yağı değişimi</w:t>
      </w:r>
    </w:p>
    <w:p w14:paraId="7AA3EE80" w14:textId="77777777" w:rsidR="006C2463" w:rsidRPr="006C2463" w:rsidRDefault="006C2463" w:rsidP="00E82973">
      <w:pPr>
        <w:pStyle w:val="ListeParagraf"/>
        <w:numPr>
          <w:ilvl w:val="0"/>
          <w:numId w:val="12"/>
        </w:numPr>
        <w:ind w:left="247"/>
        <w:jc w:val="both"/>
        <w:rPr>
          <w:rFonts w:ascii="Times New Roman" w:hAnsi="Times New Roman" w:cs="Times New Roman"/>
          <w:sz w:val="20"/>
          <w:szCs w:val="20"/>
          <w:lang w:val="tr-TR"/>
        </w:rPr>
      </w:pPr>
      <w:r w:rsidRPr="006C2463">
        <w:rPr>
          <w:rFonts w:ascii="Times New Roman" w:hAnsi="Times New Roman" w:cs="Times New Roman"/>
          <w:sz w:val="20"/>
          <w:szCs w:val="20"/>
          <w:lang w:val="tr-TR"/>
        </w:rPr>
        <w:t>Yağ filtresi değişimi</w:t>
      </w:r>
    </w:p>
    <w:p w14:paraId="1C8EE7CD" w14:textId="461ABC8B" w:rsidR="006C2463" w:rsidRPr="006C2463" w:rsidRDefault="006C2463" w:rsidP="00E82973">
      <w:pPr>
        <w:pStyle w:val="ListeParagraf"/>
        <w:numPr>
          <w:ilvl w:val="0"/>
          <w:numId w:val="12"/>
        </w:numPr>
        <w:ind w:left="247"/>
        <w:jc w:val="both"/>
        <w:rPr>
          <w:rFonts w:ascii="Times New Roman" w:hAnsi="Times New Roman" w:cs="Times New Roman"/>
          <w:sz w:val="20"/>
          <w:szCs w:val="20"/>
          <w:lang w:val="tr-TR"/>
        </w:rPr>
      </w:pPr>
      <w:r w:rsidRPr="006C2463">
        <w:rPr>
          <w:rFonts w:ascii="Times New Roman" w:hAnsi="Times New Roman" w:cs="Times New Roman"/>
          <w:sz w:val="20"/>
          <w:szCs w:val="20"/>
          <w:lang w:val="tr-TR"/>
        </w:rPr>
        <w:t>Hava filtresi değişimi</w:t>
      </w:r>
    </w:p>
    <w:p w14:paraId="67272732" w14:textId="2DB91FDA" w:rsidR="006C2463" w:rsidRPr="006C2463" w:rsidRDefault="006C2463" w:rsidP="00E82973">
      <w:pPr>
        <w:pStyle w:val="ListeParagraf"/>
        <w:numPr>
          <w:ilvl w:val="0"/>
          <w:numId w:val="12"/>
        </w:numPr>
        <w:ind w:left="247"/>
        <w:jc w:val="both"/>
        <w:rPr>
          <w:rFonts w:ascii="Times New Roman" w:hAnsi="Times New Roman" w:cs="Times New Roman"/>
          <w:sz w:val="20"/>
          <w:szCs w:val="20"/>
          <w:lang w:val="tr-TR"/>
        </w:rPr>
      </w:pPr>
      <w:r w:rsidRPr="006C2463">
        <w:rPr>
          <w:rFonts w:ascii="Times New Roman" w:hAnsi="Times New Roman" w:cs="Times New Roman"/>
          <w:sz w:val="20"/>
          <w:szCs w:val="20"/>
          <w:lang w:val="tr-TR"/>
        </w:rPr>
        <w:t>Fan ve soğutma sistemi kontrolü</w:t>
      </w:r>
    </w:p>
    <w:p w14:paraId="453D30F9" w14:textId="2F6147A6" w:rsidR="002E7D70" w:rsidRPr="006C2463" w:rsidRDefault="00AF02F0" w:rsidP="00AF02F0">
      <w:pPr>
        <w:ind w:firstLine="247"/>
        <w:jc w:val="both"/>
        <w:rPr>
          <w:rFonts w:ascii="Times New Roman" w:hAnsi="Times New Roman" w:cs="Times New Roman"/>
          <w:b/>
          <w:bCs/>
          <w:lang w:val="tr-TR"/>
        </w:rPr>
      </w:pPr>
      <w:r>
        <w:rPr>
          <w:rFonts w:ascii="Times New Roman" w:hAnsi="Times New Roman" w:cs="Times New Roman"/>
          <w:b/>
          <w:bCs/>
          <w:lang w:val="tr-TR"/>
        </w:rPr>
        <w:t xml:space="preserve"> </w:t>
      </w:r>
      <w:r w:rsidR="006C2463" w:rsidRPr="006C2463">
        <w:rPr>
          <w:rFonts w:ascii="Times New Roman" w:hAnsi="Times New Roman" w:cs="Times New Roman"/>
          <w:b/>
          <w:bCs/>
          <w:lang w:val="tr-TR"/>
        </w:rPr>
        <w:t>4000 Saat Bakımı</w:t>
      </w:r>
    </w:p>
    <w:p w14:paraId="152D18B7" w14:textId="0159CB59" w:rsidR="006C2463" w:rsidRPr="006C2463" w:rsidRDefault="006C2463" w:rsidP="00E82973">
      <w:pPr>
        <w:pStyle w:val="NormalWeb"/>
        <w:numPr>
          <w:ilvl w:val="0"/>
          <w:numId w:val="10"/>
        </w:numPr>
        <w:ind w:left="247"/>
        <w:jc w:val="both"/>
        <w:rPr>
          <w:sz w:val="22"/>
          <w:szCs w:val="22"/>
        </w:rPr>
      </w:pPr>
      <w:r w:rsidRPr="006C2463">
        <w:rPr>
          <w:sz w:val="22"/>
          <w:szCs w:val="22"/>
        </w:rPr>
        <w:t>Kompresör yağı değişimi</w:t>
      </w:r>
    </w:p>
    <w:p w14:paraId="7E19DB40" w14:textId="6CDAB89F" w:rsidR="006C2463" w:rsidRPr="006C2463" w:rsidRDefault="006C2463" w:rsidP="00E82973">
      <w:pPr>
        <w:pStyle w:val="NormalWeb"/>
        <w:numPr>
          <w:ilvl w:val="0"/>
          <w:numId w:val="10"/>
        </w:numPr>
        <w:ind w:left="247"/>
        <w:jc w:val="both"/>
        <w:rPr>
          <w:sz w:val="22"/>
          <w:szCs w:val="22"/>
        </w:rPr>
      </w:pPr>
      <w:r w:rsidRPr="006C2463">
        <w:rPr>
          <w:sz w:val="22"/>
          <w:szCs w:val="22"/>
        </w:rPr>
        <w:t>Yağ filtresi değişimi</w:t>
      </w:r>
    </w:p>
    <w:p w14:paraId="40FD1DFC" w14:textId="1DE99ACF" w:rsidR="006C2463" w:rsidRPr="006C2463" w:rsidRDefault="006C2463" w:rsidP="00E82973">
      <w:pPr>
        <w:pStyle w:val="NormalWeb"/>
        <w:numPr>
          <w:ilvl w:val="0"/>
          <w:numId w:val="10"/>
        </w:numPr>
        <w:ind w:left="247"/>
        <w:jc w:val="both"/>
        <w:rPr>
          <w:sz w:val="22"/>
          <w:szCs w:val="22"/>
        </w:rPr>
      </w:pPr>
      <w:r w:rsidRPr="006C2463">
        <w:rPr>
          <w:sz w:val="22"/>
          <w:szCs w:val="22"/>
        </w:rPr>
        <w:t>Hava filtresi değişimi</w:t>
      </w:r>
    </w:p>
    <w:p w14:paraId="49743093" w14:textId="25E4BD8F" w:rsidR="006C2463" w:rsidRPr="006C2463" w:rsidRDefault="006C2463" w:rsidP="00E82973">
      <w:pPr>
        <w:pStyle w:val="NormalWeb"/>
        <w:numPr>
          <w:ilvl w:val="0"/>
          <w:numId w:val="10"/>
        </w:numPr>
        <w:ind w:left="247"/>
        <w:jc w:val="both"/>
        <w:rPr>
          <w:sz w:val="22"/>
          <w:szCs w:val="22"/>
        </w:rPr>
      </w:pPr>
      <w:r w:rsidRPr="006C2463">
        <w:rPr>
          <w:sz w:val="22"/>
          <w:szCs w:val="22"/>
        </w:rPr>
        <w:t>Separatör kontrolü</w:t>
      </w:r>
    </w:p>
    <w:p w14:paraId="6BF25C15" w14:textId="340813F1" w:rsidR="00614903" w:rsidRPr="00614903" w:rsidRDefault="006C2463" w:rsidP="00614903">
      <w:pPr>
        <w:pStyle w:val="NormalWeb"/>
        <w:numPr>
          <w:ilvl w:val="0"/>
          <w:numId w:val="10"/>
        </w:numPr>
        <w:ind w:left="247"/>
        <w:jc w:val="both"/>
        <w:rPr>
          <w:sz w:val="22"/>
          <w:szCs w:val="22"/>
        </w:rPr>
      </w:pPr>
      <w:r w:rsidRPr="006C2463">
        <w:rPr>
          <w:sz w:val="22"/>
          <w:szCs w:val="22"/>
        </w:rPr>
        <w:t>Fan ve soğutma sistemi kontrolü</w:t>
      </w:r>
    </w:p>
    <w:p w14:paraId="34BC5523" w14:textId="46B5CDD5" w:rsidR="00952672" w:rsidRPr="009E47C5" w:rsidRDefault="00952672" w:rsidP="00E82973">
      <w:pPr>
        <w:pStyle w:val="Balk2"/>
        <w:ind w:left="-11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E47C5">
        <w:rPr>
          <w:rFonts w:ascii="Times New Roman" w:hAnsi="Times New Roman" w:cs="Times New Roman"/>
          <w:color w:val="000000" w:themeColor="text1"/>
          <w:sz w:val="22"/>
          <w:szCs w:val="22"/>
        </w:rPr>
        <w:t>4.</w:t>
      </w:r>
      <w:r w:rsidR="009E47C5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  <w:r w:rsidRPr="009E47C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Yedek Parça Birim Fiyat Listesi (Euro)</w:t>
      </w:r>
    </w:p>
    <w:p w14:paraId="2947CB8C" w14:textId="77777777" w:rsidR="004B1920" w:rsidRDefault="004B1920" w:rsidP="00E82973">
      <w:pPr>
        <w:jc w:val="both"/>
        <w:rPr>
          <w:rFonts w:ascii="Times New Roman" w:hAnsi="Times New Roman" w:cs="Times New Roman"/>
        </w:rPr>
      </w:pPr>
    </w:p>
    <w:p w14:paraId="717CF5B9" w14:textId="2E41B19E" w:rsidR="00952672" w:rsidRPr="00326F43" w:rsidRDefault="00952672" w:rsidP="00E82973">
      <w:pPr>
        <w:jc w:val="both"/>
        <w:rPr>
          <w:rFonts w:ascii="Times New Roman" w:hAnsi="Times New Roman" w:cs="Times New Roman"/>
        </w:rPr>
      </w:pPr>
      <w:r w:rsidRPr="00326F43">
        <w:rPr>
          <w:rFonts w:ascii="Times New Roman" w:hAnsi="Times New Roman" w:cs="Times New Roman"/>
        </w:rPr>
        <w:t>Aşağıdaki tabloda bakım sırasında kullanılabilecek başlıca yedek parçaların birim fiyatları Euro (€) cinsinden belirtilmiştir.</w:t>
      </w:r>
    </w:p>
    <w:p w14:paraId="47229541" w14:textId="600981F6" w:rsidR="00326F43" w:rsidRPr="00326F43" w:rsidRDefault="00326F43" w:rsidP="00E82973">
      <w:pPr>
        <w:pStyle w:val="ListeParagraf"/>
        <w:numPr>
          <w:ilvl w:val="0"/>
          <w:numId w:val="22"/>
        </w:numPr>
        <w:ind w:left="303"/>
        <w:jc w:val="both"/>
        <w:rPr>
          <w:rFonts w:ascii="Times New Roman" w:hAnsi="Times New Roman" w:cs="Times New Roman"/>
        </w:rPr>
      </w:pPr>
      <w:r w:rsidRPr="00326F43">
        <w:rPr>
          <w:rFonts w:ascii="Times New Roman" w:hAnsi="Times New Roman" w:cs="Times New Roman"/>
        </w:rPr>
        <w:t>Sözleşmede belirtilen yedek parçalarda marka ve model esas alınarak bakım gerçekleştilecektir.</w:t>
      </w:r>
    </w:p>
    <w:p w14:paraId="49D82BE4" w14:textId="5491EFD6" w:rsidR="00952672" w:rsidRPr="00326F43" w:rsidRDefault="00952672" w:rsidP="00E82973">
      <w:pPr>
        <w:pStyle w:val="ListeParagraf"/>
        <w:numPr>
          <w:ilvl w:val="0"/>
          <w:numId w:val="22"/>
        </w:numPr>
        <w:ind w:left="303"/>
        <w:jc w:val="both"/>
        <w:rPr>
          <w:rFonts w:ascii="Times New Roman" w:hAnsi="Times New Roman" w:cs="Times New Roman"/>
        </w:rPr>
      </w:pPr>
      <w:r w:rsidRPr="00326F43">
        <w:rPr>
          <w:rFonts w:ascii="Times New Roman" w:hAnsi="Times New Roman" w:cs="Times New Roman"/>
        </w:rPr>
        <w:t>Sözleşme süres</w:t>
      </w:r>
      <w:r w:rsidR="00150FFC">
        <w:rPr>
          <w:rFonts w:ascii="Times New Roman" w:hAnsi="Times New Roman" w:cs="Times New Roman"/>
        </w:rPr>
        <w:t>ince taraflar aralarında herhangi bir şekilde zeyilname/ek proto</w:t>
      </w:r>
      <w:r w:rsidR="00E721E4">
        <w:rPr>
          <w:rFonts w:ascii="Times New Roman" w:hAnsi="Times New Roman" w:cs="Times New Roman"/>
        </w:rPr>
        <w:t>k</w:t>
      </w:r>
      <w:r w:rsidR="00150FFC">
        <w:rPr>
          <w:rFonts w:ascii="Times New Roman" w:hAnsi="Times New Roman" w:cs="Times New Roman"/>
        </w:rPr>
        <w:t>ol hazırlamadığı sürece</w:t>
      </w:r>
      <w:r w:rsidRPr="00326F43">
        <w:rPr>
          <w:rFonts w:ascii="Times New Roman" w:hAnsi="Times New Roman" w:cs="Times New Roman"/>
        </w:rPr>
        <w:t xml:space="preserve"> fiyatlarda herhangi bir değişiklik yapılmayacaktır.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952672" w:rsidRPr="00326F43" w14:paraId="37DF6134" w14:textId="77777777">
        <w:tc>
          <w:tcPr>
            <w:tcW w:w="2880" w:type="dxa"/>
            <w:hideMark/>
          </w:tcPr>
          <w:p w14:paraId="447D3418" w14:textId="77777777" w:rsidR="00F62AD9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</w:p>
          <w:p w14:paraId="5BA22CEF" w14:textId="77777777" w:rsidR="00F62AD9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</w:p>
          <w:p w14:paraId="39DA2BA6" w14:textId="77777777" w:rsidR="00F62AD9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</w:p>
          <w:p w14:paraId="38F2E08C" w14:textId="77A2C12F" w:rsidR="00952672" w:rsidRPr="00326F43" w:rsidRDefault="00952672" w:rsidP="00E82973">
            <w:pPr>
              <w:jc w:val="both"/>
              <w:rPr>
                <w:rFonts w:ascii="Times New Roman" w:hAnsi="Times New Roman" w:cs="Times New Roman"/>
              </w:rPr>
            </w:pPr>
            <w:r w:rsidRPr="00326F43">
              <w:rPr>
                <w:rFonts w:ascii="Times New Roman" w:hAnsi="Times New Roman" w:cs="Times New Roman"/>
              </w:rPr>
              <w:t>Yedek Parça</w:t>
            </w:r>
          </w:p>
        </w:tc>
        <w:tc>
          <w:tcPr>
            <w:tcW w:w="2880" w:type="dxa"/>
            <w:hideMark/>
          </w:tcPr>
          <w:p w14:paraId="62634180" w14:textId="77777777" w:rsidR="00F62AD9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</w:p>
          <w:p w14:paraId="3E0E3E50" w14:textId="77777777" w:rsidR="00F62AD9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</w:p>
          <w:p w14:paraId="1E674433" w14:textId="77777777" w:rsidR="00F62AD9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</w:p>
          <w:p w14:paraId="589D39A4" w14:textId="299CFFD8" w:rsidR="00952672" w:rsidRPr="00326F43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Tutar</w:t>
            </w:r>
            <w:r w:rsidR="00952672" w:rsidRPr="00326F43">
              <w:rPr>
                <w:rFonts w:ascii="Times New Roman" w:hAnsi="Times New Roman" w:cs="Times New Roman"/>
              </w:rPr>
              <w:t xml:space="preserve"> (€)</w:t>
            </w:r>
          </w:p>
        </w:tc>
        <w:tc>
          <w:tcPr>
            <w:tcW w:w="2880" w:type="dxa"/>
            <w:hideMark/>
          </w:tcPr>
          <w:p w14:paraId="52EB2471" w14:textId="77777777" w:rsidR="00F62AD9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</w:p>
          <w:p w14:paraId="738A49FA" w14:textId="77777777" w:rsidR="00F62AD9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</w:p>
          <w:p w14:paraId="3E6E9BFB" w14:textId="77777777" w:rsidR="00F62AD9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</w:p>
          <w:p w14:paraId="22B9402A" w14:textId="1B44EE17" w:rsidR="00952672" w:rsidRPr="00326F43" w:rsidRDefault="00952672" w:rsidP="00E82973">
            <w:pPr>
              <w:jc w:val="both"/>
              <w:rPr>
                <w:rFonts w:ascii="Times New Roman" w:hAnsi="Times New Roman" w:cs="Times New Roman"/>
              </w:rPr>
            </w:pPr>
            <w:r w:rsidRPr="00326F43">
              <w:rPr>
                <w:rFonts w:ascii="Times New Roman" w:hAnsi="Times New Roman" w:cs="Times New Roman"/>
              </w:rPr>
              <w:t>Açıklama</w:t>
            </w:r>
          </w:p>
        </w:tc>
      </w:tr>
      <w:tr w:rsidR="00952672" w:rsidRPr="00326F43" w14:paraId="4E5727EB" w14:textId="77777777">
        <w:tc>
          <w:tcPr>
            <w:tcW w:w="2880" w:type="dxa"/>
            <w:hideMark/>
          </w:tcPr>
          <w:p w14:paraId="0FA0C87B" w14:textId="77777777" w:rsidR="00952672" w:rsidRPr="00326F43" w:rsidRDefault="00952672" w:rsidP="00E82973">
            <w:pPr>
              <w:pStyle w:val="ListeParagraf"/>
              <w:numPr>
                <w:ilvl w:val="0"/>
                <w:numId w:val="13"/>
              </w:numPr>
              <w:ind w:left="303"/>
              <w:jc w:val="both"/>
              <w:rPr>
                <w:rFonts w:ascii="Times New Roman" w:hAnsi="Times New Roman" w:cs="Times New Roman"/>
              </w:rPr>
            </w:pPr>
            <w:r w:rsidRPr="00326F43">
              <w:rPr>
                <w:rFonts w:ascii="Times New Roman" w:hAnsi="Times New Roman" w:cs="Times New Roman"/>
              </w:rPr>
              <w:t>Hava Filtresi</w:t>
            </w:r>
          </w:p>
        </w:tc>
        <w:tc>
          <w:tcPr>
            <w:tcW w:w="2880" w:type="dxa"/>
          </w:tcPr>
          <w:p w14:paraId="2637E031" w14:textId="38DC30A9" w:rsidR="00952672" w:rsidRPr="00326F43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880" w:type="dxa"/>
          </w:tcPr>
          <w:p w14:paraId="48A0728B" w14:textId="3F980A2E" w:rsidR="00952672" w:rsidRPr="00326F43" w:rsidRDefault="00952672" w:rsidP="00E8297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52672" w:rsidRPr="00326F43" w14:paraId="48A8CF29" w14:textId="77777777">
        <w:tc>
          <w:tcPr>
            <w:tcW w:w="2880" w:type="dxa"/>
            <w:hideMark/>
          </w:tcPr>
          <w:p w14:paraId="00A35205" w14:textId="77777777" w:rsidR="00952672" w:rsidRPr="00326F43" w:rsidRDefault="00952672" w:rsidP="00E82973">
            <w:pPr>
              <w:pStyle w:val="ListeParagraf"/>
              <w:numPr>
                <w:ilvl w:val="0"/>
                <w:numId w:val="13"/>
              </w:numPr>
              <w:ind w:left="303"/>
              <w:jc w:val="both"/>
              <w:rPr>
                <w:rFonts w:ascii="Times New Roman" w:hAnsi="Times New Roman" w:cs="Times New Roman"/>
              </w:rPr>
            </w:pPr>
            <w:r w:rsidRPr="00326F43">
              <w:rPr>
                <w:rFonts w:ascii="Times New Roman" w:hAnsi="Times New Roman" w:cs="Times New Roman"/>
              </w:rPr>
              <w:lastRenderedPageBreak/>
              <w:t>Yağ Filtresi</w:t>
            </w:r>
          </w:p>
        </w:tc>
        <w:tc>
          <w:tcPr>
            <w:tcW w:w="2880" w:type="dxa"/>
          </w:tcPr>
          <w:p w14:paraId="148E2FA8" w14:textId="6FB84AA4" w:rsidR="00952672" w:rsidRPr="00326F43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80" w:type="dxa"/>
          </w:tcPr>
          <w:p w14:paraId="2DC70F75" w14:textId="46CB6F89" w:rsidR="00952672" w:rsidRPr="00326F43" w:rsidRDefault="00952672" w:rsidP="00E8297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52672" w:rsidRPr="00326F43" w14:paraId="1D0846A8" w14:textId="77777777">
        <w:tc>
          <w:tcPr>
            <w:tcW w:w="2880" w:type="dxa"/>
            <w:hideMark/>
          </w:tcPr>
          <w:p w14:paraId="0F203D50" w14:textId="77777777" w:rsidR="00952672" w:rsidRPr="00326F43" w:rsidRDefault="00952672" w:rsidP="00E82973">
            <w:pPr>
              <w:pStyle w:val="ListeParagraf"/>
              <w:numPr>
                <w:ilvl w:val="0"/>
                <w:numId w:val="13"/>
              </w:numPr>
              <w:ind w:left="303"/>
              <w:jc w:val="both"/>
              <w:rPr>
                <w:rFonts w:ascii="Times New Roman" w:hAnsi="Times New Roman" w:cs="Times New Roman"/>
              </w:rPr>
            </w:pPr>
            <w:r w:rsidRPr="00326F43">
              <w:rPr>
                <w:rFonts w:ascii="Times New Roman" w:hAnsi="Times New Roman" w:cs="Times New Roman"/>
              </w:rPr>
              <w:t>Separatör (Yağ Ayırıcı)</w:t>
            </w:r>
          </w:p>
        </w:tc>
        <w:tc>
          <w:tcPr>
            <w:tcW w:w="2880" w:type="dxa"/>
          </w:tcPr>
          <w:p w14:paraId="62DCE6F3" w14:textId="039A7FD9" w:rsidR="00952672" w:rsidRPr="00326F43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2880" w:type="dxa"/>
          </w:tcPr>
          <w:p w14:paraId="4F94DDA8" w14:textId="0582B909" w:rsidR="00952672" w:rsidRPr="00326F43" w:rsidRDefault="00952672" w:rsidP="00E8297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52672" w:rsidRPr="00326F43" w14:paraId="5058C25F" w14:textId="77777777">
        <w:tc>
          <w:tcPr>
            <w:tcW w:w="2880" w:type="dxa"/>
            <w:hideMark/>
          </w:tcPr>
          <w:p w14:paraId="4D30FBE5" w14:textId="2841E41F" w:rsidR="00F62AD9" w:rsidRDefault="00952672" w:rsidP="00F62AD9">
            <w:pPr>
              <w:pStyle w:val="ListeParagraf"/>
              <w:numPr>
                <w:ilvl w:val="0"/>
                <w:numId w:val="13"/>
              </w:numPr>
              <w:ind w:left="303"/>
              <w:jc w:val="both"/>
              <w:rPr>
                <w:rFonts w:ascii="Times New Roman" w:hAnsi="Times New Roman" w:cs="Times New Roman"/>
              </w:rPr>
            </w:pPr>
            <w:r w:rsidRPr="00326F43">
              <w:rPr>
                <w:rFonts w:ascii="Times New Roman" w:hAnsi="Times New Roman" w:cs="Times New Roman"/>
              </w:rPr>
              <w:t>Kompresör Yağı (20 L)</w:t>
            </w:r>
          </w:p>
          <w:p w14:paraId="420DE2BC" w14:textId="77777777" w:rsidR="00F62AD9" w:rsidRDefault="00F62AD9" w:rsidP="00F62AD9">
            <w:pPr>
              <w:pStyle w:val="ListeParagraf"/>
              <w:ind w:left="303"/>
              <w:jc w:val="both"/>
              <w:rPr>
                <w:rFonts w:ascii="Times New Roman" w:hAnsi="Times New Roman" w:cs="Times New Roman"/>
              </w:rPr>
            </w:pPr>
          </w:p>
          <w:p w14:paraId="4C435475" w14:textId="77777777" w:rsidR="00F62AD9" w:rsidRDefault="00F62AD9" w:rsidP="00F62AD9">
            <w:pPr>
              <w:pStyle w:val="ListeParagraf"/>
              <w:numPr>
                <w:ilvl w:val="0"/>
                <w:numId w:val="13"/>
              </w:numPr>
              <w:ind w:left="30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Panel Filtresi</w:t>
            </w:r>
          </w:p>
          <w:p w14:paraId="4E0BEDAF" w14:textId="77777777" w:rsidR="00F62AD9" w:rsidRPr="00F62AD9" w:rsidRDefault="00F62AD9" w:rsidP="00F62AD9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EB34CD9" w14:textId="6B9B9F83" w:rsidR="00F62AD9" w:rsidRPr="00F62AD9" w:rsidRDefault="00F62AD9" w:rsidP="00F62AD9">
            <w:pPr>
              <w:pStyle w:val="ListeParagraf"/>
              <w:ind w:left="303"/>
              <w:jc w:val="both"/>
              <w:rPr>
                <w:rFonts w:ascii="Times New Roman" w:hAnsi="Times New Roman" w:cs="Times New Roman"/>
              </w:rPr>
            </w:pPr>
            <w:r w:rsidRPr="00F62AD9">
              <w:rPr>
                <w:rFonts w:ascii="Times New Roman" w:hAnsi="Times New Roman" w:cs="Times New Roman"/>
              </w:rPr>
              <w:t xml:space="preserve">                             </w:t>
            </w:r>
          </w:p>
          <w:p w14:paraId="47A112CA" w14:textId="55C07A03" w:rsidR="00F62AD9" w:rsidRPr="00F62AD9" w:rsidRDefault="00F62AD9" w:rsidP="00F62AD9">
            <w:pPr>
              <w:pStyle w:val="ListeParagraf"/>
              <w:numPr>
                <w:ilvl w:val="0"/>
                <w:numId w:val="13"/>
              </w:numPr>
              <w:ind w:left="30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Hat Filtresi İç Elementleri    </w:t>
            </w:r>
          </w:p>
          <w:p w14:paraId="2AE6FBFF" w14:textId="77777777" w:rsidR="00952672" w:rsidRPr="00326F43" w:rsidRDefault="00952672" w:rsidP="00E82973">
            <w:pPr>
              <w:pStyle w:val="ListeParagraf"/>
              <w:ind w:left="303"/>
              <w:jc w:val="both"/>
              <w:rPr>
                <w:rFonts w:ascii="Times New Roman" w:hAnsi="Times New Roman" w:cs="Times New Roman"/>
              </w:rPr>
            </w:pPr>
          </w:p>
          <w:p w14:paraId="618B5F97" w14:textId="52E28B14" w:rsidR="00952672" w:rsidRPr="00326F43" w:rsidRDefault="00952672" w:rsidP="00E82973">
            <w:pPr>
              <w:pStyle w:val="ListeParagraf"/>
              <w:numPr>
                <w:ilvl w:val="0"/>
                <w:numId w:val="13"/>
              </w:numPr>
              <w:ind w:left="303"/>
              <w:jc w:val="both"/>
              <w:rPr>
                <w:rFonts w:ascii="Times New Roman" w:hAnsi="Times New Roman" w:cs="Times New Roman"/>
              </w:rPr>
            </w:pPr>
            <w:r w:rsidRPr="00326F43">
              <w:rPr>
                <w:rFonts w:ascii="Times New Roman" w:hAnsi="Times New Roman" w:cs="Times New Roman"/>
              </w:rPr>
              <w:t>İşçilik</w:t>
            </w:r>
          </w:p>
        </w:tc>
        <w:tc>
          <w:tcPr>
            <w:tcW w:w="2880" w:type="dxa"/>
          </w:tcPr>
          <w:p w14:paraId="6008D4F2" w14:textId="59AA945C" w:rsidR="00F62AD9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</w:t>
            </w:r>
          </w:p>
          <w:p w14:paraId="67F4F3AA" w14:textId="77777777" w:rsidR="00F62AD9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  </w:t>
            </w:r>
          </w:p>
          <w:p w14:paraId="6EFE7004" w14:textId="77777777" w:rsidR="00F62AD9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</w:p>
          <w:p w14:paraId="299D90E6" w14:textId="30AE0524" w:rsidR="00F62AD9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310 </w:t>
            </w:r>
          </w:p>
          <w:p w14:paraId="3ADF056A" w14:textId="0D621637" w:rsidR="00952672" w:rsidRPr="00326F43" w:rsidRDefault="00F62AD9" w:rsidP="00E829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105                                    </w:t>
            </w:r>
          </w:p>
        </w:tc>
        <w:tc>
          <w:tcPr>
            <w:tcW w:w="2880" w:type="dxa"/>
          </w:tcPr>
          <w:p w14:paraId="18DF7A05" w14:textId="03012EB8" w:rsidR="00952672" w:rsidRPr="00326F43" w:rsidRDefault="00952672" w:rsidP="00E8297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639C5D4" w14:textId="7037A299" w:rsidR="00952672" w:rsidRPr="00510D3F" w:rsidRDefault="007702E8" w:rsidP="00E82973">
      <w:pPr>
        <w:pStyle w:val="Balk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10D3F">
        <w:rPr>
          <w:rFonts w:ascii="Times New Roman" w:hAnsi="Times New Roman" w:cs="Times New Roman"/>
          <w:color w:val="000000" w:themeColor="text1"/>
          <w:sz w:val="22"/>
          <w:szCs w:val="22"/>
        </w:rPr>
        <w:t>5</w:t>
      </w:r>
      <w:r w:rsidR="00510D3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</w:t>
      </w:r>
      <w:r w:rsidRPr="00510D3F">
        <w:rPr>
          <w:rFonts w:ascii="Times New Roman" w:hAnsi="Times New Roman" w:cs="Times New Roman"/>
          <w:color w:val="000000" w:themeColor="text1"/>
          <w:sz w:val="22"/>
          <w:szCs w:val="22"/>
        </w:rPr>
        <w:t>Arı</w:t>
      </w:r>
      <w:r w:rsidR="00952672" w:rsidRPr="00510D3F">
        <w:rPr>
          <w:rFonts w:ascii="Times New Roman" w:hAnsi="Times New Roman" w:cs="Times New Roman"/>
          <w:color w:val="000000" w:themeColor="text1"/>
          <w:sz w:val="22"/>
          <w:szCs w:val="22"/>
        </w:rPr>
        <w:t>z</w:t>
      </w:r>
      <w:r w:rsidRPr="00510D3F">
        <w:rPr>
          <w:rFonts w:ascii="Times New Roman" w:hAnsi="Times New Roman" w:cs="Times New Roman"/>
          <w:color w:val="000000" w:themeColor="text1"/>
          <w:sz w:val="22"/>
          <w:szCs w:val="22"/>
        </w:rPr>
        <w:t>a Müdahalesi</w:t>
      </w:r>
    </w:p>
    <w:p w14:paraId="4C6C9F45" w14:textId="77777777" w:rsidR="00F65E74" w:rsidRDefault="00F65E74" w:rsidP="00574046">
      <w:pPr>
        <w:jc w:val="both"/>
        <w:rPr>
          <w:rFonts w:ascii="Times New Roman" w:hAnsi="Times New Roman" w:cs="Times New Roman"/>
        </w:rPr>
      </w:pPr>
    </w:p>
    <w:p w14:paraId="2846F9EC" w14:textId="21EE4227" w:rsidR="00574046" w:rsidRDefault="005806A4" w:rsidP="00574046">
      <w:pPr>
        <w:jc w:val="both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b/>
          <w:bCs/>
        </w:rPr>
        <w:t xml:space="preserve">5.1 </w:t>
      </w:r>
      <w:r w:rsidRPr="006C2463">
        <w:rPr>
          <w:rFonts w:ascii="Times New Roman" w:hAnsi="Times New Roman" w:cs="Times New Roman"/>
        </w:rPr>
        <w:t>Arıza bildirimi yapılması</w:t>
      </w:r>
      <w:r w:rsidR="00574046">
        <w:rPr>
          <w:rFonts w:ascii="Times New Roman" w:hAnsi="Times New Roman" w:cs="Times New Roman"/>
        </w:rPr>
        <w:t xml:space="preserve"> akabinde</w:t>
      </w:r>
      <w:r w:rsidRPr="006C24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hizmet veren şirket</w:t>
      </w:r>
      <w:r w:rsidRPr="006C2463">
        <w:rPr>
          <w:rFonts w:ascii="Times New Roman" w:hAnsi="Times New Roman" w:cs="Times New Roman"/>
        </w:rPr>
        <w:t xml:space="preserve"> en kısa sürede teknik destek sağlayacaktır.</w:t>
      </w:r>
      <w:r w:rsidR="00BD1C84">
        <w:rPr>
          <w:rFonts w:ascii="Times New Roman" w:hAnsi="Times New Roman" w:cs="Times New Roman"/>
          <w:color w:val="EE0000"/>
        </w:rPr>
        <w:t xml:space="preserve"> </w:t>
      </w:r>
      <w:r w:rsidR="00574046" w:rsidRPr="006C2463">
        <w:rPr>
          <w:rFonts w:ascii="Times New Roman" w:hAnsi="Times New Roman" w:cs="Times New Roman"/>
        </w:rPr>
        <w:t xml:space="preserve">Gerekli görülen durumlarda </w:t>
      </w:r>
      <w:r w:rsidR="00BD1C84">
        <w:rPr>
          <w:rFonts w:ascii="Times New Roman" w:hAnsi="Times New Roman" w:cs="Times New Roman"/>
        </w:rPr>
        <w:t xml:space="preserve">hizmet veren şirket tarafından </w:t>
      </w:r>
      <w:r w:rsidR="00574046" w:rsidRPr="006C2463">
        <w:rPr>
          <w:rFonts w:ascii="Times New Roman" w:hAnsi="Times New Roman" w:cs="Times New Roman"/>
        </w:rPr>
        <w:t>yerinde müdahale hizmeti verilecektir.</w:t>
      </w:r>
      <w:r w:rsidR="00574046">
        <w:rPr>
          <w:rFonts w:ascii="Times New Roman" w:hAnsi="Times New Roman" w:cs="Times New Roman"/>
          <w:color w:val="EE0000"/>
        </w:rPr>
        <w:t xml:space="preserve"> </w:t>
      </w:r>
      <w:r w:rsidR="00BD1C84">
        <w:rPr>
          <w:rFonts w:ascii="Times New Roman" w:hAnsi="Times New Roman" w:cs="Times New Roman"/>
          <w:color w:val="EE0000"/>
        </w:rPr>
        <w:t>(Teknik ekip tarafından makinelerin üretim kapasite ve önemine göre saat aralığı belirlenebilir)</w:t>
      </w:r>
    </w:p>
    <w:p w14:paraId="5C6DA895" w14:textId="19DFB579" w:rsidR="00F62AD9" w:rsidRPr="00F62AD9" w:rsidRDefault="00F62AD9" w:rsidP="00574046">
      <w:pPr>
        <w:jc w:val="both"/>
        <w:rPr>
          <w:rFonts w:ascii="Times New Roman" w:hAnsi="Times New Roman" w:cs="Times New Roman"/>
          <w:b/>
          <w:bCs/>
        </w:rPr>
      </w:pPr>
      <w:r w:rsidRPr="00F62AD9">
        <w:rPr>
          <w:rFonts w:ascii="Times New Roman" w:hAnsi="Times New Roman" w:cs="Times New Roman"/>
          <w:b/>
          <w:bCs/>
        </w:rPr>
        <w:t>5.1.1</w:t>
      </w:r>
      <w:r>
        <w:rPr>
          <w:rFonts w:ascii="Times New Roman" w:hAnsi="Times New Roman" w:cs="Times New Roman"/>
          <w:b/>
          <w:bCs/>
        </w:rPr>
        <w:t xml:space="preserve"> Arıza müdahelesinde mesai saatleri içinde servis ve işçilik bedeli </w:t>
      </w:r>
      <w:r w:rsidR="007E0950">
        <w:rPr>
          <w:rFonts w:ascii="Times New Roman" w:hAnsi="Times New Roman" w:cs="Times New Roman"/>
          <w:b/>
          <w:bCs/>
        </w:rPr>
        <w:t>10</w:t>
      </w:r>
      <w:r>
        <w:rPr>
          <w:rFonts w:ascii="Times New Roman" w:hAnsi="Times New Roman" w:cs="Times New Roman"/>
          <w:b/>
          <w:bCs/>
        </w:rPr>
        <w:t>5 €+ KDV faturalandırılacaktır.Mesai saatleri dışında %50 eklenerek faturalandırılacaktır. ( yedek parça hariç )</w:t>
      </w:r>
    </w:p>
    <w:p w14:paraId="1983FF61" w14:textId="4D1A15E4" w:rsidR="005806A4" w:rsidRPr="008A1A02" w:rsidRDefault="005806A4" w:rsidP="00E82973">
      <w:pPr>
        <w:jc w:val="both"/>
        <w:rPr>
          <w:rFonts w:ascii="Times New Roman" w:hAnsi="Times New Roman" w:cs="Times New Roman"/>
          <w:color w:val="000000" w:themeColor="text1"/>
        </w:rPr>
      </w:pPr>
      <w:r w:rsidRPr="005806A4">
        <w:rPr>
          <w:rFonts w:ascii="Times New Roman" w:hAnsi="Times New Roman" w:cs="Times New Roman"/>
          <w:b/>
          <w:bCs/>
          <w:color w:val="000000" w:themeColor="text1"/>
        </w:rPr>
        <w:t>5.2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8A1A02">
        <w:rPr>
          <w:rFonts w:ascii="Times New Roman" w:hAnsi="Times New Roman" w:cs="Times New Roman"/>
          <w:color w:val="000000" w:themeColor="text1"/>
        </w:rPr>
        <w:t xml:space="preserve">Hizmet alan firma tarafından arıza bildirimi yapılmasını müteakip, arızalanan makine nezdinde hizmet verenin sorumluğu olduğu saptanırsa, hizmet veren </w:t>
      </w:r>
      <w:r w:rsidR="008A1A02" w:rsidRPr="008A1A02">
        <w:rPr>
          <w:rFonts w:ascii="Times New Roman" w:hAnsi="Times New Roman" w:cs="Times New Roman"/>
          <w:color w:val="000000" w:themeColor="text1"/>
        </w:rPr>
        <w:t>3 (üç) iş günü içerisinde</w:t>
      </w:r>
      <w:r w:rsidRPr="008A1A02">
        <w:rPr>
          <w:rFonts w:ascii="Times New Roman" w:hAnsi="Times New Roman" w:cs="Times New Roman"/>
          <w:color w:val="000000" w:themeColor="text1"/>
        </w:rPr>
        <w:t xml:space="preserve"> makine arızasından doğan maddi </w:t>
      </w:r>
      <w:r w:rsidR="008A1A02" w:rsidRPr="008A1A02">
        <w:rPr>
          <w:rFonts w:ascii="Times New Roman" w:hAnsi="Times New Roman" w:cs="Times New Roman"/>
          <w:color w:val="000000" w:themeColor="text1"/>
        </w:rPr>
        <w:t>hasarı hizmet alana ödemekle yükümlüdür.</w:t>
      </w:r>
    </w:p>
    <w:p w14:paraId="153CCCF7" w14:textId="59213698" w:rsidR="00952672" w:rsidRPr="00510D3F" w:rsidRDefault="007702E8" w:rsidP="00E82973">
      <w:pPr>
        <w:pStyle w:val="Balk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10D3F">
        <w:rPr>
          <w:rFonts w:ascii="Times New Roman" w:hAnsi="Times New Roman" w:cs="Times New Roman"/>
          <w:color w:val="000000" w:themeColor="text1"/>
          <w:sz w:val="22"/>
          <w:szCs w:val="22"/>
        </w:rPr>
        <w:t>6</w:t>
      </w:r>
      <w:r w:rsidR="00510D3F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r w:rsidRPr="00510D3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Hiz</w:t>
      </w:r>
      <w:r w:rsidR="00326F43" w:rsidRPr="00510D3F">
        <w:rPr>
          <w:rFonts w:ascii="Times New Roman" w:hAnsi="Times New Roman" w:cs="Times New Roman"/>
          <w:color w:val="000000" w:themeColor="text1"/>
          <w:sz w:val="22"/>
          <w:szCs w:val="22"/>
        </w:rPr>
        <w:t>m</w:t>
      </w:r>
      <w:r w:rsidRPr="00510D3F">
        <w:rPr>
          <w:rFonts w:ascii="Times New Roman" w:hAnsi="Times New Roman" w:cs="Times New Roman"/>
          <w:color w:val="000000" w:themeColor="text1"/>
          <w:sz w:val="22"/>
          <w:szCs w:val="22"/>
        </w:rPr>
        <w:t>et Veren Firma Yükümlülükleri</w:t>
      </w:r>
    </w:p>
    <w:p w14:paraId="53B25DFF" w14:textId="68585644" w:rsidR="002E7D70" w:rsidRPr="00952672" w:rsidRDefault="007702E8" w:rsidP="00E82973">
      <w:pPr>
        <w:pStyle w:val="ListeParagraf"/>
        <w:numPr>
          <w:ilvl w:val="0"/>
          <w:numId w:val="15"/>
        </w:numPr>
        <w:ind w:left="417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 xml:space="preserve">Arıza durumunda resmî tatil veya mesai saati fark etmeksizin teknik destek </w:t>
      </w:r>
      <w:r w:rsidR="00952672" w:rsidRPr="00952672">
        <w:rPr>
          <w:rFonts w:ascii="Times New Roman" w:hAnsi="Times New Roman" w:cs="Times New Roman"/>
        </w:rPr>
        <w:t>sağlamak.</w:t>
      </w:r>
    </w:p>
    <w:p w14:paraId="7CCCF0C6" w14:textId="2A11ABD6" w:rsidR="002E7D70" w:rsidRPr="00952672" w:rsidRDefault="007702E8" w:rsidP="00E82973">
      <w:pPr>
        <w:pStyle w:val="ListeParagraf"/>
        <w:numPr>
          <w:ilvl w:val="0"/>
          <w:numId w:val="15"/>
        </w:numPr>
        <w:ind w:left="417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Gerekli durumlarda yerinde müdahale hizmeti vermek</w:t>
      </w:r>
    </w:p>
    <w:p w14:paraId="5D3DE6C5" w14:textId="39CF2E9D" w:rsidR="002E7D70" w:rsidRPr="00952672" w:rsidRDefault="007702E8" w:rsidP="00E82973">
      <w:pPr>
        <w:pStyle w:val="ListeParagraf"/>
        <w:numPr>
          <w:ilvl w:val="0"/>
          <w:numId w:val="15"/>
        </w:numPr>
        <w:ind w:left="417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Bakım sırasında oluşabilecek</w:t>
      </w:r>
      <w:r w:rsidR="00326F43">
        <w:rPr>
          <w:rFonts w:ascii="Times New Roman" w:hAnsi="Times New Roman" w:cs="Times New Roman"/>
        </w:rPr>
        <w:t xml:space="preserve"> 10 saati geçen duruşlarda</w:t>
      </w:r>
      <w:r w:rsidR="00963F65">
        <w:rPr>
          <w:rFonts w:ascii="Times New Roman" w:hAnsi="Times New Roman" w:cs="Times New Roman"/>
        </w:rPr>
        <w:t>,</w:t>
      </w:r>
      <w:r w:rsidRPr="00952672">
        <w:rPr>
          <w:rFonts w:ascii="Times New Roman" w:hAnsi="Times New Roman" w:cs="Times New Roman"/>
        </w:rPr>
        <w:t xml:space="preserve"> sistem duruşlarında üretimin sürekliliğini sağlamak amacıyla</w:t>
      </w:r>
      <w:r w:rsidR="00963F65">
        <w:rPr>
          <w:rFonts w:ascii="Times New Roman" w:hAnsi="Times New Roman" w:cs="Times New Roman"/>
        </w:rPr>
        <w:t xml:space="preserve"> hizmet veren tarafından</w:t>
      </w:r>
      <w:r w:rsidRPr="00952672">
        <w:rPr>
          <w:rFonts w:ascii="Times New Roman" w:hAnsi="Times New Roman" w:cs="Times New Roman"/>
        </w:rPr>
        <w:t xml:space="preserve"> ikame kompresör temin etmek ve devreye almak</w:t>
      </w:r>
      <w:r w:rsidR="006C2463" w:rsidRPr="00952672">
        <w:rPr>
          <w:rFonts w:ascii="Times New Roman" w:hAnsi="Times New Roman" w:cs="Times New Roman"/>
        </w:rPr>
        <w:t xml:space="preserve"> bedelsiz şekilde</w:t>
      </w:r>
      <w:r w:rsidR="00326F43">
        <w:rPr>
          <w:rFonts w:ascii="Times New Roman" w:hAnsi="Times New Roman" w:cs="Times New Roman"/>
        </w:rPr>
        <w:t xml:space="preserve"> gerçekleştirilecektir.</w:t>
      </w:r>
    </w:p>
    <w:p w14:paraId="2ACB03BC" w14:textId="7992B077" w:rsidR="002E7D70" w:rsidRPr="00952672" w:rsidRDefault="007702E8" w:rsidP="00E82973">
      <w:pPr>
        <w:pStyle w:val="ListeParagraf"/>
        <w:numPr>
          <w:ilvl w:val="0"/>
          <w:numId w:val="15"/>
        </w:numPr>
        <w:ind w:left="417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Yapılan bakım ve kontroller sonrası servis raporu hazırlamak ve hizmet alan firmaya teslim etmek</w:t>
      </w:r>
    </w:p>
    <w:p w14:paraId="495B19EA" w14:textId="46B8918D" w:rsidR="002E7D70" w:rsidRPr="00952672" w:rsidRDefault="007702E8" w:rsidP="00E82973">
      <w:pPr>
        <w:pStyle w:val="ListeParagraf"/>
        <w:numPr>
          <w:ilvl w:val="0"/>
          <w:numId w:val="15"/>
        </w:numPr>
        <w:ind w:left="417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Değiştirilen parçaları ve tespit edilen arızaları raporlamak</w:t>
      </w:r>
    </w:p>
    <w:p w14:paraId="749EDA94" w14:textId="76929835" w:rsidR="006C2463" w:rsidRDefault="007702E8" w:rsidP="00E82973">
      <w:pPr>
        <w:pStyle w:val="ListeParagraf"/>
        <w:numPr>
          <w:ilvl w:val="0"/>
          <w:numId w:val="15"/>
        </w:numPr>
        <w:ind w:left="417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Tüm bakım faaliyetlerini iş sağlığı ve güvenliği kurallarına uygun şekilde gerçekleştirmek</w:t>
      </w:r>
    </w:p>
    <w:p w14:paraId="067C9A70" w14:textId="3A3BCAD9" w:rsidR="00326F43" w:rsidRPr="00952672" w:rsidRDefault="00326F43" w:rsidP="00E82973">
      <w:pPr>
        <w:pStyle w:val="ListeParagraf"/>
        <w:numPr>
          <w:ilvl w:val="0"/>
          <w:numId w:val="15"/>
        </w:numPr>
        <w:ind w:left="4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Servis hizmetine gelecek personellerin İsg dokümanları 1 gün öncesinden ilgili birimlere iletilecektir.</w:t>
      </w:r>
    </w:p>
    <w:p w14:paraId="5C1571BB" w14:textId="643A10AE" w:rsidR="006C2463" w:rsidRPr="00963F65" w:rsidRDefault="007702E8" w:rsidP="00E82973">
      <w:pPr>
        <w:pStyle w:val="Balk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63F65">
        <w:rPr>
          <w:rFonts w:ascii="Times New Roman" w:hAnsi="Times New Roman" w:cs="Times New Roman"/>
          <w:color w:val="000000" w:themeColor="text1"/>
          <w:sz w:val="22"/>
          <w:szCs w:val="22"/>
        </w:rPr>
        <w:t>7</w:t>
      </w:r>
      <w:r w:rsidR="00963F65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r w:rsidRPr="00963F6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Hizmet Alan Firma Yükümlülükleri</w:t>
      </w:r>
    </w:p>
    <w:p w14:paraId="0DBFAC91" w14:textId="45658B92" w:rsidR="002E7D70" w:rsidRPr="00952672" w:rsidRDefault="007702E8" w:rsidP="00E82973">
      <w:pPr>
        <w:pStyle w:val="ListeParagraf"/>
        <w:numPr>
          <w:ilvl w:val="0"/>
          <w:numId w:val="17"/>
        </w:numPr>
        <w:ind w:left="417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Bakım faaliyetleri için gerekli çalışma ortamını sağlamak</w:t>
      </w:r>
    </w:p>
    <w:p w14:paraId="0D4C0069" w14:textId="1D309BB3" w:rsidR="002E7D70" w:rsidRPr="00952672" w:rsidRDefault="007702E8" w:rsidP="00E82973">
      <w:pPr>
        <w:pStyle w:val="ListeParagraf"/>
        <w:numPr>
          <w:ilvl w:val="0"/>
          <w:numId w:val="17"/>
        </w:numPr>
        <w:ind w:left="417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Servis ekibine ekipmanlara erişim imkânı sağlamak</w:t>
      </w:r>
    </w:p>
    <w:p w14:paraId="37B8656E" w14:textId="051E2DBB" w:rsidR="002E7D70" w:rsidRPr="00952672" w:rsidRDefault="007702E8" w:rsidP="00E82973">
      <w:pPr>
        <w:pStyle w:val="ListeParagraf"/>
        <w:numPr>
          <w:ilvl w:val="0"/>
          <w:numId w:val="17"/>
        </w:numPr>
        <w:ind w:left="417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lastRenderedPageBreak/>
        <w:t xml:space="preserve">Planlı bakım faaliyetleri için gerekli üretim duruşlarını organize </w:t>
      </w:r>
      <w:r w:rsidR="00952672" w:rsidRPr="00952672">
        <w:rPr>
          <w:rFonts w:ascii="Times New Roman" w:hAnsi="Times New Roman" w:cs="Times New Roman"/>
        </w:rPr>
        <w:t>etmek.</w:t>
      </w:r>
    </w:p>
    <w:p w14:paraId="38180A06" w14:textId="0FF0806A" w:rsidR="002E7D70" w:rsidRPr="00952672" w:rsidRDefault="007702E8" w:rsidP="00E82973">
      <w:pPr>
        <w:pStyle w:val="ListeParagraf"/>
        <w:numPr>
          <w:ilvl w:val="0"/>
          <w:numId w:val="17"/>
        </w:numPr>
        <w:ind w:left="417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Onay verilen yedek parça değişimlerini karşılamak</w:t>
      </w:r>
    </w:p>
    <w:p w14:paraId="4375186A" w14:textId="697ECAFE" w:rsidR="00C91EFF" w:rsidRPr="00C91EFF" w:rsidRDefault="007702E8" w:rsidP="00C91EFF">
      <w:pPr>
        <w:pStyle w:val="Balk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63F65">
        <w:rPr>
          <w:rFonts w:ascii="Times New Roman" w:hAnsi="Times New Roman" w:cs="Times New Roman"/>
          <w:color w:val="000000" w:themeColor="text1"/>
          <w:sz w:val="22"/>
          <w:szCs w:val="22"/>
        </w:rPr>
        <w:t>8</w:t>
      </w:r>
      <w:r w:rsidR="00963F65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r w:rsidRPr="00963F6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Yedek Parça ve Sarf Malzemeleri</w:t>
      </w:r>
    </w:p>
    <w:p w14:paraId="2BD283EE" w14:textId="6C4F94B9" w:rsidR="002E7D70" w:rsidRPr="00952672" w:rsidRDefault="007702E8" w:rsidP="00E82973">
      <w:pPr>
        <w:pStyle w:val="ListeParagraf"/>
        <w:numPr>
          <w:ilvl w:val="0"/>
          <w:numId w:val="19"/>
        </w:numPr>
        <w:ind w:left="417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Kompresör yağı</w:t>
      </w:r>
    </w:p>
    <w:p w14:paraId="461C09EB" w14:textId="479076E3" w:rsidR="002E7D70" w:rsidRPr="00952672" w:rsidRDefault="007702E8" w:rsidP="00E82973">
      <w:pPr>
        <w:pStyle w:val="ListeParagraf"/>
        <w:numPr>
          <w:ilvl w:val="0"/>
          <w:numId w:val="19"/>
        </w:numPr>
        <w:ind w:left="417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Hava filtresi</w:t>
      </w:r>
    </w:p>
    <w:p w14:paraId="3CB548A6" w14:textId="647DAE0A" w:rsidR="002E7D70" w:rsidRPr="00952672" w:rsidRDefault="007702E8" w:rsidP="00E82973">
      <w:pPr>
        <w:pStyle w:val="ListeParagraf"/>
        <w:numPr>
          <w:ilvl w:val="0"/>
          <w:numId w:val="19"/>
        </w:numPr>
        <w:ind w:left="417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Yağ filtresi</w:t>
      </w:r>
    </w:p>
    <w:p w14:paraId="11B0DEB3" w14:textId="7B7021DF" w:rsidR="002E7D70" w:rsidRPr="00952672" w:rsidRDefault="007702E8" w:rsidP="00E82973">
      <w:pPr>
        <w:pStyle w:val="ListeParagraf"/>
        <w:numPr>
          <w:ilvl w:val="0"/>
          <w:numId w:val="19"/>
        </w:numPr>
        <w:ind w:left="417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Separatör</w:t>
      </w:r>
    </w:p>
    <w:p w14:paraId="049D2A26" w14:textId="77777777" w:rsidR="004B1920" w:rsidRDefault="007702E8" w:rsidP="004B1920">
      <w:pPr>
        <w:pStyle w:val="ListeParagraf"/>
        <w:numPr>
          <w:ilvl w:val="0"/>
          <w:numId w:val="19"/>
        </w:numPr>
        <w:ind w:left="417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Kayış ve diğer sarf malzemeleri</w:t>
      </w:r>
    </w:p>
    <w:p w14:paraId="0A266455" w14:textId="1EFB0211" w:rsidR="00C91EFF" w:rsidRPr="004B1920" w:rsidRDefault="00C91EFF" w:rsidP="004B1920">
      <w:pPr>
        <w:pStyle w:val="ListeParagraf"/>
        <w:ind w:left="417"/>
        <w:jc w:val="both"/>
        <w:rPr>
          <w:rFonts w:ascii="Times New Roman" w:hAnsi="Times New Roman" w:cs="Times New Roman"/>
        </w:rPr>
      </w:pPr>
      <w:r w:rsidRPr="004B1920">
        <w:rPr>
          <w:rFonts w:ascii="Times New Roman" w:hAnsi="Times New Roman" w:cs="Times New Roman"/>
        </w:rPr>
        <w:t>Yukarıda maddeler halinde belirtilen malzemeler</w:t>
      </w:r>
      <w:r w:rsidR="00076142" w:rsidRPr="004B1920">
        <w:rPr>
          <w:rFonts w:ascii="Times New Roman" w:hAnsi="Times New Roman" w:cs="Times New Roman"/>
        </w:rPr>
        <w:t>,</w:t>
      </w:r>
      <w:r w:rsidRPr="004B1920">
        <w:rPr>
          <w:rFonts w:ascii="Times New Roman" w:hAnsi="Times New Roman" w:cs="Times New Roman"/>
        </w:rPr>
        <w:t xml:space="preserve"> hizmet alanın yazılı talebi veya taraflarca belirlenecek periyotlar halinde değiştirilecektir.</w:t>
      </w:r>
    </w:p>
    <w:p w14:paraId="5AF31F14" w14:textId="750CF623" w:rsidR="002E7D70" w:rsidRPr="00076142" w:rsidRDefault="007702E8" w:rsidP="00E82973">
      <w:pPr>
        <w:pStyle w:val="Balk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76142">
        <w:rPr>
          <w:rFonts w:ascii="Times New Roman" w:hAnsi="Times New Roman" w:cs="Times New Roman"/>
          <w:color w:val="000000" w:themeColor="text1"/>
          <w:sz w:val="22"/>
          <w:szCs w:val="22"/>
        </w:rPr>
        <w:t>9</w:t>
      </w:r>
      <w:r w:rsidR="00076142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r w:rsidRPr="0007614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Servis Raporlama</w:t>
      </w:r>
    </w:p>
    <w:p w14:paraId="55E27A89" w14:textId="12B13DC2" w:rsidR="002E7D70" w:rsidRPr="006C2463" w:rsidRDefault="007702E8" w:rsidP="00E82973">
      <w:pPr>
        <w:jc w:val="both"/>
        <w:rPr>
          <w:rFonts w:ascii="Times New Roman" w:hAnsi="Times New Roman" w:cs="Times New Roman"/>
        </w:rPr>
      </w:pPr>
      <w:r w:rsidRPr="006C2463">
        <w:rPr>
          <w:rFonts w:ascii="Times New Roman" w:hAnsi="Times New Roman" w:cs="Times New Roman"/>
        </w:rPr>
        <w:t>Her bakım veya servis müdahalesi sonrasında aşağıdaki bilgileri içeren servis raporu hazırlanacaktır:</w:t>
      </w:r>
    </w:p>
    <w:p w14:paraId="6C83B362" w14:textId="0A0AF181" w:rsidR="002E7D70" w:rsidRPr="00952672" w:rsidRDefault="007702E8" w:rsidP="00E82973">
      <w:pPr>
        <w:pStyle w:val="ListeParagraf"/>
        <w:numPr>
          <w:ilvl w:val="0"/>
          <w:numId w:val="21"/>
        </w:numPr>
        <w:spacing w:before="100" w:beforeAutospacing="1"/>
        <w:ind w:left="360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Yapılan işlemler</w:t>
      </w:r>
    </w:p>
    <w:p w14:paraId="138599BC" w14:textId="21688D02" w:rsidR="002E7D70" w:rsidRPr="00952672" w:rsidRDefault="007702E8" w:rsidP="00E82973">
      <w:pPr>
        <w:pStyle w:val="ListeParagraf"/>
        <w:numPr>
          <w:ilvl w:val="0"/>
          <w:numId w:val="21"/>
        </w:numPr>
        <w:spacing w:before="100" w:beforeAutospacing="1"/>
        <w:ind w:left="360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Ölçülen değerler</w:t>
      </w:r>
    </w:p>
    <w:p w14:paraId="076780C4" w14:textId="4D95AC0A" w:rsidR="002E7D70" w:rsidRPr="00952672" w:rsidRDefault="007702E8" w:rsidP="00E82973">
      <w:pPr>
        <w:pStyle w:val="ListeParagraf"/>
        <w:numPr>
          <w:ilvl w:val="0"/>
          <w:numId w:val="21"/>
        </w:numPr>
        <w:spacing w:before="100" w:beforeAutospacing="1"/>
        <w:ind w:left="360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Değiştirilen parçalar</w:t>
      </w:r>
    </w:p>
    <w:p w14:paraId="28C38CE9" w14:textId="1E70D6EC" w:rsidR="002E7D70" w:rsidRPr="00952672" w:rsidRDefault="007702E8" w:rsidP="00E82973">
      <w:pPr>
        <w:pStyle w:val="ListeParagraf"/>
        <w:numPr>
          <w:ilvl w:val="0"/>
          <w:numId w:val="21"/>
        </w:numPr>
        <w:spacing w:before="100" w:beforeAutospacing="1"/>
        <w:ind w:left="360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Tespit edilen riskler</w:t>
      </w:r>
    </w:p>
    <w:p w14:paraId="1129D87D" w14:textId="77777777" w:rsidR="00326F43" w:rsidRDefault="007702E8" w:rsidP="00E82973">
      <w:pPr>
        <w:pStyle w:val="ListeParagraf"/>
        <w:numPr>
          <w:ilvl w:val="0"/>
          <w:numId w:val="21"/>
        </w:numPr>
        <w:spacing w:before="100" w:beforeAutospacing="1"/>
        <w:ind w:left="360"/>
        <w:jc w:val="both"/>
        <w:rPr>
          <w:rFonts w:ascii="Times New Roman" w:hAnsi="Times New Roman" w:cs="Times New Roman"/>
        </w:rPr>
      </w:pPr>
      <w:r w:rsidRPr="00952672">
        <w:rPr>
          <w:rFonts w:ascii="Times New Roman" w:hAnsi="Times New Roman" w:cs="Times New Roman"/>
        </w:rPr>
        <w:t>Önerilen bakım faaliyetleri</w:t>
      </w:r>
    </w:p>
    <w:p w14:paraId="787E761B" w14:textId="178CD73C" w:rsidR="006C2463" w:rsidRPr="00326F43" w:rsidRDefault="007702E8" w:rsidP="00E82973">
      <w:pPr>
        <w:pStyle w:val="ListeParagraf"/>
        <w:numPr>
          <w:ilvl w:val="0"/>
          <w:numId w:val="21"/>
        </w:numPr>
        <w:spacing w:before="100" w:beforeAutospacing="1"/>
        <w:ind w:left="360"/>
        <w:jc w:val="both"/>
        <w:rPr>
          <w:rFonts w:ascii="Times New Roman" w:hAnsi="Times New Roman" w:cs="Times New Roman"/>
        </w:rPr>
      </w:pPr>
      <w:r w:rsidRPr="00326F43">
        <w:rPr>
          <w:rFonts w:ascii="Times New Roman" w:hAnsi="Times New Roman" w:cs="Times New Roman"/>
        </w:rPr>
        <w:t>Rapor bakım sonrası en geç 3 iş günü içerisinde hizmet alan firmaya iletilecektir.</w:t>
      </w:r>
    </w:p>
    <w:p w14:paraId="16624958" w14:textId="7AED16FA" w:rsidR="002E7D70" w:rsidRPr="00076142" w:rsidRDefault="007702E8" w:rsidP="00E82973">
      <w:pPr>
        <w:pStyle w:val="Balk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76142">
        <w:rPr>
          <w:rFonts w:ascii="Times New Roman" w:hAnsi="Times New Roman" w:cs="Times New Roman"/>
          <w:color w:val="000000" w:themeColor="text1"/>
          <w:sz w:val="22"/>
          <w:szCs w:val="22"/>
        </w:rPr>
        <w:t>10</w:t>
      </w:r>
      <w:r w:rsidR="00076142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r w:rsidRPr="0007614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Sözleşme Süresi</w:t>
      </w:r>
    </w:p>
    <w:p w14:paraId="53A46872" w14:textId="0D922A97" w:rsidR="002E7D70" w:rsidRPr="00704B18" w:rsidRDefault="007702E8" w:rsidP="00E82973">
      <w:pPr>
        <w:jc w:val="both"/>
        <w:rPr>
          <w:rFonts w:ascii="Times New Roman" w:hAnsi="Times New Roman" w:cs="Times New Roman"/>
          <w:color w:val="000000" w:themeColor="text1"/>
        </w:rPr>
      </w:pPr>
      <w:r w:rsidRPr="006C2463">
        <w:rPr>
          <w:rFonts w:ascii="Times New Roman" w:hAnsi="Times New Roman" w:cs="Times New Roman"/>
        </w:rPr>
        <w:t>İşbu sözleşme imza tarihinden itibaren 1 (bir) yıl süre ile geçerlidir.</w:t>
      </w:r>
      <w:r w:rsidR="00076142">
        <w:rPr>
          <w:rFonts w:ascii="Times New Roman" w:hAnsi="Times New Roman" w:cs="Times New Roman"/>
          <w:color w:val="EE0000"/>
        </w:rPr>
        <w:t xml:space="preserve"> </w:t>
      </w:r>
      <w:r w:rsidR="00830E9F" w:rsidRPr="00704B18">
        <w:rPr>
          <w:rFonts w:ascii="Times New Roman" w:hAnsi="Times New Roman" w:cs="Times New Roman"/>
          <w:color w:val="000000" w:themeColor="text1"/>
        </w:rPr>
        <w:t>Sözleşme bitim tarihinden itibaren</w:t>
      </w:r>
      <w:r w:rsidR="00704B18" w:rsidRPr="00704B18">
        <w:rPr>
          <w:rFonts w:ascii="Times New Roman" w:hAnsi="Times New Roman" w:cs="Times New Roman"/>
          <w:color w:val="000000" w:themeColor="text1"/>
        </w:rPr>
        <w:t>,</w:t>
      </w:r>
      <w:r w:rsidR="00830E9F" w:rsidRPr="00704B18">
        <w:rPr>
          <w:rFonts w:ascii="Times New Roman" w:hAnsi="Times New Roman" w:cs="Times New Roman"/>
          <w:color w:val="000000" w:themeColor="text1"/>
        </w:rPr>
        <w:t xml:space="preserve"> </w:t>
      </w:r>
      <w:r w:rsidR="00704B18" w:rsidRPr="00704B18">
        <w:rPr>
          <w:rFonts w:ascii="Times New Roman" w:hAnsi="Times New Roman" w:cs="Times New Roman"/>
          <w:color w:val="000000" w:themeColor="text1"/>
        </w:rPr>
        <w:t>sözleşme süresi içerisindeki hizmetlere ilişkin haklar saklı kalmak kaydıyla mezkur sözleşme tüm hüküm ve sonuçlarıyla ortadan kalkacaktır.</w:t>
      </w:r>
    </w:p>
    <w:p w14:paraId="6547AF15" w14:textId="3CD24736" w:rsidR="002E7D70" w:rsidRPr="00D95CBE" w:rsidRDefault="007702E8" w:rsidP="00E82973">
      <w:pPr>
        <w:pStyle w:val="Balk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95CBE">
        <w:rPr>
          <w:rFonts w:ascii="Times New Roman" w:hAnsi="Times New Roman" w:cs="Times New Roman"/>
          <w:color w:val="000000" w:themeColor="text1"/>
          <w:sz w:val="22"/>
          <w:szCs w:val="22"/>
        </w:rPr>
        <w:t>11</w:t>
      </w:r>
      <w:r w:rsidR="00D95CBE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r w:rsidRPr="00D95CB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Fesih</w:t>
      </w:r>
    </w:p>
    <w:p w14:paraId="0A14B863" w14:textId="5105458B" w:rsidR="002E7D70" w:rsidRPr="006C2463" w:rsidRDefault="007702E8" w:rsidP="00E82973">
      <w:pPr>
        <w:jc w:val="both"/>
        <w:rPr>
          <w:rFonts w:ascii="Times New Roman" w:hAnsi="Times New Roman" w:cs="Times New Roman"/>
        </w:rPr>
      </w:pPr>
      <w:r w:rsidRPr="006C2463">
        <w:rPr>
          <w:rFonts w:ascii="Times New Roman" w:hAnsi="Times New Roman" w:cs="Times New Roman"/>
        </w:rPr>
        <w:t xml:space="preserve">Taraflardan herhangi biri sözleşme şartlarına uymadığı takdirde, diğer taraf yazılı bildirimde bulunarak 30 </w:t>
      </w:r>
      <w:r w:rsidR="00830E9F">
        <w:rPr>
          <w:rFonts w:ascii="Times New Roman" w:hAnsi="Times New Roman" w:cs="Times New Roman"/>
        </w:rPr>
        <w:t xml:space="preserve">(otuz) </w:t>
      </w:r>
      <w:r w:rsidRPr="006C2463">
        <w:rPr>
          <w:rFonts w:ascii="Times New Roman" w:hAnsi="Times New Roman" w:cs="Times New Roman"/>
        </w:rPr>
        <w:t>gün içerisinde sözleşmeyi feshedebilir.</w:t>
      </w:r>
    </w:p>
    <w:p w14:paraId="57F255D3" w14:textId="02EB49E0" w:rsidR="002E7D70" w:rsidRPr="00D95CBE" w:rsidRDefault="007702E8" w:rsidP="00E82973">
      <w:pPr>
        <w:pStyle w:val="Balk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95CBE">
        <w:rPr>
          <w:rFonts w:ascii="Times New Roman" w:hAnsi="Times New Roman" w:cs="Times New Roman"/>
          <w:color w:val="000000" w:themeColor="text1"/>
          <w:sz w:val="22"/>
          <w:szCs w:val="22"/>
        </w:rPr>
        <w:t>12</w:t>
      </w:r>
      <w:r w:rsidR="00D95CBE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r w:rsidRPr="00D95CB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Yürürlük</w:t>
      </w:r>
    </w:p>
    <w:p w14:paraId="06D371C6" w14:textId="2D380724" w:rsidR="002E7D70" w:rsidRPr="006C2463" w:rsidRDefault="007702E8" w:rsidP="00E82973">
      <w:pPr>
        <w:jc w:val="both"/>
        <w:rPr>
          <w:rFonts w:ascii="Times New Roman" w:hAnsi="Times New Roman" w:cs="Times New Roman"/>
        </w:rPr>
      </w:pPr>
      <w:r w:rsidRPr="006C2463">
        <w:rPr>
          <w:rFonts w:ascii="Times New Roman" w:hAnsi="Times New Roman" w:cs="Times New Roman"/>
        </w:rPr>
        <w:t xml:space="preserve">İşbu sözleşme toplam </w:t>
      </w:r>
      <w:r w:rsidR="00F62AD9">
        <w:rPr>
          <w:rFonts w:ascii="Times New Roman" w:hAnsi="Times New Roman" w:cs="Times New Roman"/>
        </w:rPr>
        <w:t xml:space="preserve">4 </w:t>
      </w:r>
      <w:r w:rsidRPr="006C2463">
        <w:rPr>
          <w:rFonts w:ascii="Times New Roman" w:hAnsi="Times New Roman" w:cs="Times New Roman"/>
        </w:rPr>
        <w:t xml:space="preserve">sayfa ve … maddeden oluşmakta olup taraflarca okunarak </w:t>
      </w:r>
      <w:r w:rsidR="00F62AD9">
        <w:rPr>
          <w:rFonts w:ascii="Times New Roman" w:hAnsi="Times New Roman" w:cs="Times New Roman"/>
        </w:rPr>
        <w:t>26</w:t>
      </w:r>
      <w:r w:rsidRPr="006C2463">
        <w:rPr>
          <w:rFonts w:ascii="Times New Roman" w:hAnsi="Times New Roman" w:cs="Times New Roman"/>
        </w:rPr>
        <w:t xml:space="preserve"> / </w:t>
      </w:r>
      <w:r w:rsidR="00F62AD9">
        <w:rPr>
          <w:rFonts w:ascii="Times New Roman" w:hAnsi="Times New Roman" w:cs="Times New Roman"/>
        </w:rPr>
        <w:t>03</w:t>
      </w:r>
      <w:r w:rsidRPr="006C2463">
        <w:rPr>
          <w:rFonts w:ascii="Times New Roman" w:hAnsi="Times New Roman" w:cs="Times New Roman"/>
        </w:rPr>
        <w:t>/ 2026 tarihinde imza altına alınmıştır.</w:t>
      </w:r>
    </w:p>
    <w:p w14:paraId="78C05E8A" w14:textId="77777777" w:rsidR="002E7D70" w:rsidRPr="006C2463" w:rsidRDefault="002E7D70" w:rsidP="00E82973">
      <w:pPr>
        <w:jc w:val="both"/>
        <w:rPr>
          <w:rFonts w:ascii="Times New Roman" w:hAnsi="Times New Roman" w:cs="Times New Roman"/>
        </w:rPr>
      </w:pPr>
    </w:p>
    <w:p w14:paraId="06F7DB62" w14:textId="2CF8A9BE" w:rsidR="002E7D70" w:rsidRPr="006C2463" w:rsidRDefault="007702E8" w:rsidP="00E82973">
      <w:pPr>
        <w:jc w:val="both"/>
        <w:rPr>
          <w:rFonts w:ascii="Times New Roman" w:hAnsi="Times New Roman" w:cs="Times New Roman"/>
          <w:b/>
          <w:bCs/>
        </w:rPr>
      </w:pPr>
      <w:r w:rsidRPr="006C2463">
        <w:rPr>
          <w:rFonts w:ascii="Times New Roman" w:hAnsi="Times New Roman" w:cs="Times New Roman"/>
          <w:b/>
          <w:bCs/>
        </w:rPr>
        <w:t>HİZMET ALAN</w:t>
      </w:r>
      <w:r w:rsidR="00D95CBE">
        <w:rPr>
          <w:rFonts w:ascii="Times New Roman" w:hAnsi="Times New Roman" w:cs="Times New Roman"/>
          <w:b/>
          <w:bCs/>
        </w:rPr>
        <w:tab/>
      </w:r>
      <w:r w:rsidR="00D95CBE">
        <w:rPr>
          <w:rFonts w:ascii="Times New Roman" w:hAnsi="Times New Roman" w:cs="Times New Roman"/>
          <w:b/>
          <w:bCs/>
        </w:rPr>
        <w:tab/>
      </w:r>
      <w:r w:rsidR="00D95CBE">
        <w:rPr>
          <w:rFonts w:ascii="Times New Roman" w:hAnsi="Times New Roman" w:cs="Times New Roman"/>
          <w:b/>
          <w:bCs/>
        </w:rPr>
        <w:tab/>
      </w:r>
      <w:r w:rsidR="00D95CBE">
        <w:rPr>
          <w:rFonts w:ascii="Times New Roman" w:hAnsi="Times New Roman" w:cs="Times New Roman"/>
          <w:b/>
          <w:bCs/>
        </w:rPr>
        <w:tab/>
      </w:r>
      <w:r w:rsidR="00D95CBE">
        <w:rPr>
          <w:rFonts w:ascii="Times New Roman" w:hAnsi="Times New Roman" w:cs="Times New Roman"/>
          <w:b/>
          <w:bCs/>
        </w:rPr>
        <w:tab/>
      </w:r>
      <w:r w:rsidR="00D95CBE">
        <w:rPr>
          <w:rFonts w:ascii="Times New Roman" w:hAnsi="Times New Roman" w:cs="Times New Roman"/>
          <w:b/>
          <w:bCs/>
        </w:rPr>
        <w:tab/>
        <w:t>HİZMET VEREN</w:t>
      </w:r>
    </w:p>
    <w:p w14:paraId="6DA7ECD4" w14:textId="02FAC16E" w:rsidR="002E7D70" w:rsidRPr="00D95CBE" w:rsidRDefault="007702E8" w:rsidP="00E82973">
      <w:pPr>
        <w:jc w:val="both"/>
        <w:rPr>
          <w:rFonts w:ascii="Times New Roman" w:hAnsi="Times New Roman" w:cs="Times New Roman"/>
        </w:rPr>
      </w:pPr>
      <w:r w:rsidRPr="006C2463">
        <w:rPr>
          <w:rFonts w:ascii="Times New Roman" w:hAnsi="Times New Roman" w:cs="Times New Roman"/>
          <w:b/>
          <w:bCs/>
        </w:rPr>
        <w:t>YKC Plastik Sanayi ve Ticaret A.Ş.</w:t>
      </w:r>
      <w:r w:rsidR="00D95CBE">
        <w:rPr>
          <w:rFonts w:ascii="Times New Roman" w:hAnsi="Times New Roman" w:cs="Times New Roman"/>
          <w:b/>
          <w:bCs/>
        </w:rPr>
        <w:tab/>
      </w:r>
      <w:r w:rsidR="00D95CBE">
        <w:rPr>
          <w:rFonts w:ascii="Times New Roman" w:hAnsi="Times New Roman" w:cs="Times New Roman"/>
          <w:b/>
          <w:bCs/>
        </w:rPr>
        <w:tab/>
      </w:r>
      <w:r w:rsidR="00D95CBE">
        <w:rPr>
          <w:rFonts w:ascii="Times New Roman" w:hAnsi="Times New Roman" w:cs="Times New Roman"/>
          <w:b/>
          <w:bCs/>
        </w:rPr>
        <w:tab/>
      </w:r>
      <w:r w:rsidR="00D95CBE">
        <w:rPr>
          <w:rFonts w:ascii="Times New Roman" w:hAnsi="Times New Roman" w:cs="Times New Roman"/>
          <w:b/>
          <w:bCs/>
        </w:rPr>
        <w:tab/>
      </w:r>
      <w:r w:rsidR="00D95CBE" w:rsidRPr="006C2463">
        <w:rPr>
          <w:rFonts w:ascii="Times New Roman" w:hAnsi="Times New Roman" w:cs="Times New Roman"/>
          <w:b/>
          <w:bCs/>
        </w:rPr>
        <w:t>Atlas 2000 Kompresör</w:t>
      </w:r>
      <w:r w:rsidR="00602E94">
        <w:rPr>
          <w:rFonts w:ascii="Times New Roman" w:hAnsi="Times New Roman" w:cs="Times New Roman"/>
          <w:b/>
          <w:bCs/>
        </w:rPr>
        <w:t>….</w:t>
      </w:r>
    </w:p>
    <w:p w14:paraId="42275619" w14:textId="1A2B99B4" w:rsidR="00F62AD9" w:rsidRPr="00F62AD9" w:rsidRDefault="007702E8" w:rsidP="00F62AD9">
      <w:pPr>
        <w:jc w:val="both"/>
        <w:rPr>
          <w:rFonts w:ascii="Times New Roman" w:hAnsi="Times New Roman" w:cs="Times New Roman"/>
        </w:rPr>
      </w:pPr>
      <w:r w:rsidRPr="006C2463">
        <w:rPr>
          <w:rFonts w:ascii="Times New Roman" w:hAnsi="Times New Roman" w:cs="Times New Roman"/>
        </w:rPr>
        <w:t>İsim – Ünvan – İmza</w:t>
      </w:r>
      <w:r w:rsidR="00D95CBE">
        <w:rPr>
          <w:rFonts w:ascii="Times New Roman" w:hAnsi="Times New Roman" w:cs="Times New Roman"/>
        </w:rPr>
        <w:tab/>
      </w:r>
      <w:r w:rsidR="00D95CBE">
        <w:rPr>
          <w:rFonts w:ascii="Times New Roman" w:hAnsi="Times New Roman" w:cs="Times New Roman"/>
        </w:rPr>
        <w:tab/>
      </w:r>
      <w:r w:rsidR="00D95CBE">
        <w:rPr>
          <w:rFonts w:ascii="Times New Roman" w:hAnsi="Times New Roman" w:cs="Times New Roman"/>
        </w:rPr>
        <w:tab/>
      </w:r>
      <w:r w:rsidR="00D95CBE">
        <w:rPr>
          <w:rFonts w:ascii="Times New Roman" w:hAnsi="Times New Roman" w:cs="Times New Roman"/>
        </w:rPr>
        <w:tab/>
      </w:r>
      <w:r w:rsidR="00D95CBE">
        <w:rPr>
          <w:rFonts w:ascii="Times New Roman" w:hAnsi="Times New Roman" w:cs="Times New Roman"/>
        </w:rPr>
        <w:tab/>
      </w:r>
      <w:r w:rsidR="00D95CBE">
        <w:rPr>
          <w:rFonts w:ascii="Times New Roman" w:hAnsi="Times New Roman" w:cs="Times New Roman"/>
        </w:rPr>
        <w:tab/>
      </w:r>
      <w:r w:rsidR="00D95CBE" w:rsidRPr="006C2463">
        <w:rPr>
          <w:rFonts w:ascii="Times New Roman" w:hAnsi="Times New Roman" w:cs="Times New Roman"/>
        </w:rPr>
        <w:t>İsim – Ünvan – İmza</w:t>
      </w:r>
    </w:p>
    <w:sectPr w:rsidR="00F62AD9" w:rsidRPr="00F62AD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F4C0E" w14:textId="77777777" w:rsidR="00B84142" w:rsidRDefault="00B84142" w:rsidP="00E844CA">
      <w:pPr>
        <w:spacing w:after="0" w:line="240" w:lineRule="auto"/>
      </w:pPr>
      <w:r>
        <w:separator/>
      </w:r>
    </w:p>
  </w:endnote>
  <w:endnote w:type="continuationSeparator" w:id="0">
    <w:p w14:paraId="467BC57D" w14:textId="77777777" w:rsidR="00B84142" w:rsidRDefault="00B84142" w:rsidP="00E84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8E731" w14:textId="77777777" w:rsidR="00B84142" w:rsidRDefault="00B84142" w:rsidP="00E844CA">
      <w:pPr>
        <w:spacing w:after="0" w:line="240" w:lineRule="auto"/>
      </w:pPr>
      <w:r>
        <w:separator/>
      </w:r>
    </w:p>
  </w:footnote>
  <w:footnote w:type="continuationSeparator" w:id="0">
    <w:p w14:paraId="6A90FC0A" w14:textId="77777777" w:rsidR="00B84142" w:rsidRDefault="00B84142" w:rsidP="00E844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8241D1"/>
    <w:multiLevelType w:val="hybridMultilevel"/>
    <w:tmpl w:val="469059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62139B"/>
    <w:multiLevelType w:val="hybridMultilevel"/>
    <w:tmpl w:val="C9A665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9F7E5E"/>
    <w:multiLevelType w:val="hybridMultilevel"/>
    <w:tmpl w:val="7826DF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A970D1"/>
    <w:multiLevelType w:val="hybridMultilevel"/>
    <w:tmpl w:val="9AE61132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0E592363"/>
    <w:multiLevelType w:val="hybridMultilevel"/>
    <w:tmpl w:val="7E3090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6C1F77"/>
    <w:multiLevelType w:val="hybridMultilevel"/>
    <w:tmpl w:val="875AF3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456C71"/>
    <w:multiLevelType w:val="hybridMultilevel"/>
    <w:tmpl w:val="056EB2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CA10A8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7720F3"/>
    <w:multiLevelType w:val="multilevel"/>
    <w:tmpl w:val="894E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A22D21"/>
    <w:multiLevelType w:val="hybridMultilevel"/>
    <w:tmpl w:val="FEEAFAAC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3453384"/>
    <w:multiLevelType w:val="hybridMultilevel"/>
    <w:tmpl w:val="15E8ACF4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DEE4684"/>
    <w:multiLevelType w:val="hybridMultilevel"/>
    <w:tmpl w:val="15EA1ACA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E2327F0"/>
    <w:multiLevelType w:val="hybridMultilevel"/>
    <w:tmpl w:val="BEF431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DC4C30"/>
    <w:multiLevelType w:val="hybridMultilevel"/>
    <w:tmpl w:val="37E01F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E00732"/>
    <w:multiLevelType w:val="hybridMultilevel"/>
    <w:tmpl w:val="8D380D5E"/>
    <w:lvl w:ilvl="0" w:tplc="041F0001">
      <w:start w:val="1"/>
      <w:numFmt w:val="bullet"/>
      <w:lvlText w:val=""/>
      <w:lvlJc w:val="left"/>
      <w:pPr>
        <w:ind w:left="96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8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0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2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4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6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8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0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27" w:hanging="360"/>
      </w:pPr>
      <w:rPr>
        <w:rFonts w:ascii="Wingdings" w:hAnsi="Wingdings" w:hint="default"/>
      </w:rPr>
    </w:lvl>
  </w:abstractNum>
  <w:num w:numId="1" w16cid:durableId="111557776">
    <w:abstractNumId w:val="8"/>
  </w:num>
  <w:num w:numId="2" w16cid:durableId="575365260">
    <w:abstractNumId w:val="6"/>
  </w:num>
  <w:num w:numId="3" w16cid:durableId="984505946">
    <w:abstractNumId w:val="5"/>
  </w:num>
  <w:num w:numId="4" w16cid:durableId="2039967874">
    <w:abstractNumId w:val="4"/>
  </w:num>
  <w:num w:numId="5" w16cid:durableId="497890312">
    <w:abstractNumId w:val="7"/>
  </w:num>
  <w:num w:numId="6" w16cid:durableId="300381777">
    <w:abstractNumId w:val="3"/>
  </w:num>
  <w:num w:numId="7" w16cid:durableId="1380516468">
    <w:abstractNumId w:val="2"/>
  </w:num>
  <w:num w:numId="8" w16cid:durableId="2089693467">
    <w:abstractNumId w:val="1"/>
  </w:num>
  <w:num w:numId="9" w16cid:durableId="1618026135">
    <w:abstractNumId w:val="0"/>
  </w:num>
  <w:num w:numId="10" w16cid:durableId="452527242">
    <w:abstractNumId w:val="16"/>
  </w:num>
  <w:num w:numId="11" w16cid:durableId="1955359934">
    <w:abstractNumId w:val="11"/>
  </w:num>
  <w:num w:numId="12" w16cid:durableId="296572274">
    <w:abstractNumId w:val="15"/>
  </w:num>
  <w:num w:numId="13" w16cid:durableId="2032102586">
    <w:abstractNumId w:val="21"/>
  </w:num>
  <w:num w:numId="14" w16cid:durableId="1489056146">
    <w:abstractNumId w:val="20"/>
  </w:num>
  <w:num w:numId="15" w16cid:durableId="1668709519">
    <w:abstractNumId w:val="19"/>
  </w:num>
  <w:num w:numId="16" w16cid:durableId="1435593571">
    <w:abstractNumId w:val="9"/>
  </w:num>
  <w:num w:numId="17" w16cid:durableId="914164191">
    <w:abstractNumId w:val="18"/>
  </w:num>
  <w:num w:numId="18" w16cid:durableId="923951046">
    <w:abstractNumId w:val="10"/>
  </w:num>
  <w:num w:numId="19" w16cid:durableId="1557745028">
    <w:abstractNumId w:val="12"/>
  </w:num>
  <w:num w:numId="20" w16cid:durableId="1314023788">
    <w:abstractNumId w:val="14"/>
  </w:num>
  <w:num w:numId="21" w16cid:durableId="181482370">
    <w:abstractNumId w:val="17"/>
  </w:num>
  <w:num w:numId="22" w16cid:durableId="1401708930">
    <w:abstractNumId w:val="13"/>
  </w:num>
  <w:num w:numId="23" w16cid:durableId="31387188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438D"/>
    <w:rsid w:val="00076142"/>
    <w:rsid w:val="000978DE"/>
    <w:rsid w:val="000D2B77"/>
    <w:rsid w:val="0015074B"/>
    <w:rsid w:val="00150FFC"/>
    <w:rsid w:val="0016191F"/>
    <w:rsid w:val="001D0E2A"/>
    <w:rsid w:val="001D65F5"/>
    <w:rsid w:val="002436BB"/>
    <w:rsid w:val="002552BB"/>
    <w:rsid w:val="002648C6"/>
    <w:rsid w:val="0029639D"/>
    <w:rsid w:val="002E7D70"/>
    <w:rsid w:val="00326F43"/>
    <w:rsid w:val="00326F90"/>
    <w:rsid w:val="003F4042"/>
    <w:rsid w:val="00424629"/>
    <w:rsid w:val="004B1920"/>
    <w:rsid w:val="00510D3F"/>
    <w:rsid w:val="005526EA"/>
    <w:rsid w:val="00574046"/>
    <w:rsid w:val="005806A4"/>
    <w:rsid w:val="00602E94"/>
    <w:rsid w:val="00614903"/>
    <w:rsid w:val="006C2463"/>
    <w:rsid w:val="006E3378"/>
    <w:rsid w:val="00704B18"/>
    <w:rsid w:val="007702E8"/>
    <w:rsid w:val="007C7E6E"/>
    <w:rsid w:val="007E0950"/>
    <w:rsid w:val="007E18A1"/>
    <w:rsid w:val="00830E9F"/>
    <w:rsid w:val="00857F61"/>
    <w:rsid w:val="008A1A02"/>
    <w:rsid w:val="00923EB8"/>
    <w:rsid w:val="00952672"/>
    <w:rsid w:val="00963F65"/>
    <w:rsid w:val="009E47C5"/>
    <w:rsid w:val="00A7481D"/>
    <w:rsid w:val="00A971C1"/>
    <w:rsid w:val="00AA1D8D"/>
    <w:rsid w:val="00AF02F0"/>
    <w:rsid w:val="00B47730"/>
    <w:rsid w:val="00B80599"/>
    <w:rsid w:val="00B84142"/>
    <w:rsid w:val="00BD1C84"/>
    <w:rsid w:val="00BE21C2"/>
    <w:rsid w:val="00C2670D"/>
    <w:rsid w:val="00C47508"/>
    <w:rsid w:val="00C91EFF"/>
    <w:rsid w:val="00CB0664"/>
    <w:rsid w:val="00D13017"/>
    <w:rsid w:val="00D95CBE"/>
    <w:rsid w:val="00D96927"/>
    <w:rsid w:val="00D973C1"/>
    <w:rsid w:val="00E02F81"/>
    <w:rsid w:val="00E22D9B"/>
    <w:rsid w:val="00E721E4"/>
    <w:rsid w:val="00E74834"/>
    <w:rsid w:val="00E82973"/>
    <w:rsid w:val="00E844CA"/>
    <w:rsid w:val="00EF1C75"/>
    <w:rsid w:val="00F61FB3"/>
    <w:rsid w:val="00F62AD9"/>
    <w:rsid w:val="00F65E74"/>
    <w:rsid w:val="00F747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9D7F2B"/>
  <w14:defaultImageDpi w14:val="300"/>
  <w15:docId w15:val="{2E0E58B4-B63A-43CE-A670-88E7F0420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BE21C2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E21C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C2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879</Words>
  <Characters>5015</Characters>
  <Application>Microsoft Office Word</Application>
  <DocSecurity>0</DocSecurity>
  <Lines>41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satisservis@atlas2000.com.tr</cp:lastModifiedBy>
  <cp:revision>4</cp:revision>
  <cp:lastPrinted>2026-03-06T13:04:00Z</cp:lastPrinted>
  <dcterms:created xsi:type="dcterms:W3CDTF">2026-03-25T06:48:00Z</dcterms:created>
  <dcterms:modified xsi:type="dcterms:W3CDTF">2026-03-25T08:34:00Z</dcterms:modified>
  <cp:category/>
</cp:coreProperties>
</file>